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0"/>
        <w:tblW w:w="0" w:type="auto"/>
        <w:tblInd w:w="10910" w:type="dxa"/>
        <w:tblLook w:val="04A0" w:firstRow="1" w:lastRow="0" w:firstColumn="1" w:lastColumn="0" w:noHBand="0" w:noVBand="1"/>
      </w:tblPr>
      <w:tblGrid>
        <w:gridCol w:w="3480"/>
      </w:tblGrid>
      <w:tr w:rsidR="00673234" w14:paraId="26E3AB48" w14:textId="77777777" w:rsidTr="00673234"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</w:tcPr>
          <w:p w14:paraId="786B84AA" w14:textId="77777777" w:rsidR="00673234" w:rsidRDefault="00673234" w:rsidP="00673234">
            <w:pPr>
              <w:contextualSpacing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>Кому:</w:t>
            </w:r>
          </w:p>
          <w:p w14:paraId="3A803FAB" w14:textId="48CCA3C7" w:rsidR="00673234" w:rsidRPr="00673234" w:rsidRDefault="00673234" w:rsidP="00673234">
            <w:pPr>
              <w:contextualSpacing/>
              <w:rPr>
                <w:rFonts w:cs="Times New Roman"/>
                <w:i/>
                <w:iCs/>
                <w:sz w:val="22"/>
                <w:lang w:val="ru-RU"/>
              </w:rPr>
            </w:pPr>
            <w:r w:rsidRPr="00673234">
              <w:rPr>
                <w:rFonts w:cs="Times New Roman"/>
                <w:i/>
                <w:iCs/>
                <w:sz w:val="22"/>
                <w:lang w:val="ru-RU"/>
              </w:rPr>
              <w:t>Должность</w:t>
            </w:r>
          </w:p>
          <w:p w14:paraId="62482240" w14:textId="281D8C89" w:rsidR="00673234" w:rsidRPr="00673234" w:rsidRDefault="00673234" w:rsidP="00673234">
            <w:pPr>
              <w:contextualSpacing/>
              <w:rPr>
                <w:rFonts w:cs="Times New Roman"/>
                <w:i/>
                <w:iCs/>
                <w:sz w:val="22"/>
                <w:lang w:val="ru-RU"/>
              </w:rPr>
            </w:pPr>
            <w:r w:rsidRPr="00673234">
              <w:rPr>
                <w:rFonts w:cs="Times New Roman"/>
                <w:i/>
                <w:iCs/>
                <w:sz w:val="22"/>
                <w:lang w:val="ru-RU"/>
              </w:rPr>
              <w:t>ООО «___________________»</w:t>
            </w:r>
          </w:p>
          <w:p w14:paraId="0456DAAE" w14:textId="77777777" w:rsidR="00673234" w:rsidRPr="00673234" w:rsidRDefault="00673234" w:rsidP="00673234">
            <w:pPr>
              <w:contextualSpacing/>
              <w:rPr>
                <w:rFonts w:cs="Times New Roman"/>
                <w:i/>
                <w:iCs/>
                <w:sz w:val="22"/>
                <w:lang w:val="ru-RU"/>
              </w:rPr>
            </w:pPr>
            <w:r w:rsidRPr="00673234">
              <w:rPr>
                <w:rFonts w:cs="Times New Roman"/>
                <w:i/>
                <w:iCs/>
                <w:sz w:val="22"/>
                <w:lang w:val="ru-RU"/>
              </w:rPr>
              <w:t>ФИО</w:t>
            </w:r>
          </w:p>
          <w:p w14:paraId="3FCC97AD" w14:textId="77777777" w:rsidR="00673234" w:rsidRDefault="00673234" w:rsidP="00270F62">
            <w:pPr>
              <w:contextualSpacing/>
              <w:jc w:val="right"/>
              <w:rPr>
                <w:rFonts w:cs="Times New Roman"/>
                <w:sz w:val="22"/>
                <w:lang w:val="ru-RU"/>
              </w:rPr>
            </w:pPr>
          </w:p>
        </w:tc>
      </w:tr>
    </w:tbl>
    <w:p w14:paraId="552752F2" w14:textId="77777777" w:rsidR="00506B84" w:rsidRPr="00673234" w:rsidRDefault="00E9036D" w:rsidP="00673234">
      <w:pPr>
        <w:contextualSpacing/>
        <w:rPr>
          <w:rFonts w:cs="Times New Roman"/>
          <w:sz w:val="20"/>
          <w:szCs w:val="20"/>
          <w:lang w:val="ru-RU"/>
        </w:rPr>
      </w:pPr>
      <w:r w:rsidRPr="00673234">
        <w:rPr>
          <w:rFonts w:cs="Times New Roman"/>
          <w:sz w:val="20"/>
          <w:szCs w:val="20"/>
          <w:lang w:val="ru-RU"/>
        </w:rPr>
        <w:t>Исх. № _________</w:t>
      </w:r>
      <w:r w:rsidRPr="00673234">
        <w:rPr>
          <w:rFonts w:cs="Times New Roman"/>
          <w:sz w:val="20"/>
          <w:szCs w:val="20"/>
          <w:lang w:val="ru-RU"/>
        </w:rPr>
        <w:br/>
        <w:t>от «___» __________ 20___ г.</w:t>
      </w:r>
    </w:p>
    <w:p w14:paraId="3EA61318" w14:textId="0D4FE494" w:rsidR="00270F62" w:rsidRDefault="00270F62" w:rsidP="00270F62">
      <w:pPr>
        <w:contextualSpacing/>
        <w:jc w:val="center"/>
        <w:rPr>
          <w:rFonts w:cs="Times New Roman"/>
          <w:sz w:val="22"/>
          <w:lang w:val="ru-RU"/>
        </w:rPr>
      </w:pPr>
      <w:r w:rsidRPr="00270F62">
        <w:rPr>
          <w:rFonts w:cs="Times New Roman"/>
          <w:sz w:val="22"/>
          <w:lang w:val="ru-RU"/>
        </w:rPr>
        <w:t>О соответствии нумерации помещений</w:t>
      </w:r>
    </w:p>
    <w:p w14:paraId="4D00CC65" w14:textId="77777777" w:rsidR="00270F62" w:rsidRPr="00270F62" w:rsidRDefault="00270F62" w:rsidP="00270F62">
      <w:pPr>
        <w:contextualSpacing/>
        <w:jc w:val="center"/>
        <w:rPr>
          <w:rFonts w:cs="Times New Roman"/>
          <w:sz w:val="20"/>
          <w:szCs w:val="20"/>
          <w:lang w:val="ru-RU"/>
        </w:rPr>
      </w:pPr>
    </w:p>
    <w:p w14:paraId="0437548B" w14:textId="77777777" w:rsidR="00270F62" w:rsidRPr="00270F62" w:rsidRDefault="00270F62" w:rsidP="00270F62">
      <w:pPr>
        <w:ind w:firstLine="720"/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В связи с проведением ________________________________ (перепланировки, технической инвентаризации, уточнения технического плана, изменения внутренней нумерации помещений и т.п.) сообщаем, что нумерация помещений, указанная в ранее оформленных документах, изменена.</w:t>
      </w:r>
    </w:p>
    <w:p w14:paraId="59B3144A" w14:textId="77777777" w:rsidR="00270F62" w:rsidRPr="00270F62" w:rsidRDefault="00270F62" w:rsidP="00270F62">
      <w:pPr>
        <w:ind w:firstLine="720"/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Изменение нумерации помещений не повлекло изменения фактически переданных в пользование помещений, их местоположения, площади и назначения. Помещения, указанные в:</w:t>
      </w:r>
    </w:p>
    <w:p w14:paraId="461E32C6" w14:textId="77777777" w:rsidR="00270F62" w:rsidRPr="00270F62" w:rsidRDefault="00270F62" w:rsidP="00270F62">
      <w:pPr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1.)</w:t>
      </w:r>
      <w:r w:rsidRPr="00270F62">
        <w:rPr>
          <w:rFonts w:cs="Times New Roman"/>
          <w:sz w:val="20"/>
          <w:szCs w:val="20"/>
          <w:lang w:val="ru-RU"/>
        </w:rPr>
        <w:tab/>
        <w:t>Договоре аренды __________________</w:t>
      </w:r>
      <w:proofErr w:type="gramStart"/>
      <w:r w:rsidRPr="00270F62">
        <w:rPr>
          <w:rFonts w:cs="Times New Roman"/>
          <w:sz w:val="20"/>
          <w:szCs w:val="20"/>
          <w:lang w:val="ru-RU"/>
        </w:rPr>
        <w:t>_ ;</w:t>
      </w:r>
      <w:proofErr w:type="gramEnd"/>
    </w:p>
    <w:p w14:paraId="0F8EB23F" w14:textId="77777777" w:rsidR="00270F62" w:rsidRPr="00270F62" w:rsidRDefault="00270F62" w:rsidP="00270F62">
      <w:pPr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2.)</w:t>
      </w:r>
      <w:r w:rsidRPr="00270F62">
        <w:rPr>
          <w:rFonts w:cs="Times New Roman"/>
          <w:sz w:val="20"/>
          <w:szCs w:val="20"/>
          <w:lang w:val="ru-RU"/>
        </w:rPr>
        <w:tab/>
        <w:t>Акте приема-передачи _______________;</w:t>
      </w:r>
    </w:p>
    <w:p w14:paraId="7058C5F8" w14:textId="77777777" w:rsidR="00270F62" w:rsidRPr="00270F62" w:rsidRDefault="00270F62" w:rsidP="00270F62">
      <w:pPr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3.)</w:t>
      </w:r>
      <w:r w:rsidRPr="00270F62">
        <w:rPr>
          <w:rFonts w:cs="Times New Roman"/>
          <w:sz w:val="20"/>
          <w:szCs w:val="20"/>
          <w:lang w:val="ru-RU"/>
        </w:rPr>
        <w:tab/>
        <w:t xml:space="preserve">Перечисление иных документов, </w:t>
      </w:r>
    </w:p>
    <w:p w14:paraId="18AFA5F2" w14:textId="77777777" w:rsidR="00270F62" w:rsidRPr="00270F62" w:rsidRDefault="00270F62" w:rsidP="00270F62">
      <w:pPr>
        <w:contextualSpacing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соответствуют помещениям, используемым в настоящее время.</w:t>
      </w:r>
    </w:p>
    <w:p w14:paraId="257DE94A" w14:textId="5B7170C4" w:rsidR="00270F62" w:rsidRPr="00270F62" w:rsidRDefault="00270F62" w:rsidP="00270F62">
      <w:pPr>
        <w:contextualSpacing/>
        <w:jc w:val="center"/>
        <w:rPr>
          <w:rFonts w:cs="Times New Roman"/>
          <w:sz w:val="20"/>
          <w:szCs w:val="20"/>
          <w:lang w:val="ru-RU"/>
        </w:rPr>
      </w:pPr>
      <w:r w:rsidRPr="00270F62">
        <w:rPr>
          <w:rFonts w:cs="Times New Roman"/>
          <w:sz w:val="20"/>
          <w:szCs w:val="20"/>
          <w:lang w:val="ru-RU"/>
        </w:rPr>
        <w:t>Таблица соответствия номеров и обозначений помещений</w:t>
      </w:r>
    </w:p>
    <w:p w14:paraId="3EBAE75C" w14:textId="77777777" w:rsidR="00270F62" w:rsidRPr="00270F62" w:rsidRDefault="00270F62" w:rsidP="00270F62">
      <w:pPr>
        <w:spacing w:after="40"/>
        <w:rPr>
          <w:sz w:val="20"/>
          <w:szCs w:val="20"/>
          <w:lang w:val="ru-RU"/>
        </w:rPr>
      </w:pPr>
      <w:r w:rsidRPr="00270F62">
        <w:rPr>
          <w:rFonts w:eastAsia="Times New Roman"/>
          <w:bCs/>
          <w:sz w:val="20"/>
          <w:szCs w:val="20"/>
          <w:lang w:val="ru-RU"/>
        </w:rPr>
        <w:t>Наименование организации:</w:t>
      </w:r>
      <w:r w:rsidRPr="00270F62">
        <w:rPr>
          <w:rFonts w:eastAsia="Times New Roman"/>
          <w:b/>
          <w:sz w:val="20"/>
          <w:szCs w:val="20"/>
          <w:lang w:val="ru-RU"/>
        </w:rPr>
        <w:t xml:space="preserve"> </w:t>
      </w:r>
      <w:r w:rsidRPr="00270F62">
        <w:rPr>
          <w:rFonts w:eastAsia="Times New Roman"/>
          <w:sz w:val="20"/>
          <w:szCs w:val="20"/>
          <w:lang w:val="ru-RU"/>
        </w:rPr>
        <w:t>______________________________________________</w:t>
      </w:r>
    </w:p>
    <w:p w14:paraId="234A98E7" w14:textId="1F8D0575" w:rsidR="00270F62" w:rsidRPr="00270F62" w:rsidRDefault="00270F62" w:rsidP="00270F62">
      <w:pPr>
        <w:spacing w:after="40"/>
        <w:rPr>
          <w:sz w:val="20"/>
          <w:szCs w:val="20"/>
          <w:lang w:val="ru-RU"/>
        </w:rPr>
      </w:pPr>
      <w:r w:rsidRPr="00270F62">
        <w:rPr>
          <w:rFonts w:eastAsia="Times New Roman"/>
          <w:bCs/>
          <w:sz w:val="20"/>
          <w:szCs w:val="20"/>
          <w:lang w:val="ru-RU"/>
        </w:rPr>
        <w:t>Адрес места осуществления деятельности:</w:t>
      </w:r>
      <w:r w:rsidRPr="00270F62">
        <w:rPr>
          <w:rFonts w:eastAsia="Times New Roman"/>
          <w:b/>
          <w:sz w:val="20"/>
          <w:szCs w:val="20"/>
          <w:lang w:val="ru-RU"/>
        </w:rPr>
        <w:t xml:space="preserve"> </w:t>
      </w:r>
      <w:r w:rsidRPr="00270F62">
        <w:rPr>
          <w:rFonts w:eastAsia="Times New Roman"/>
          <w:sz w:val="20"/>
          <w:szCs w:val="20"/>
          <w:lang w:val="ru-RU"/>
        </w:rPr>
        <w:t>__________________________________</w:t>
      </w:r>
    </w:p>
    <w:p w14:paraId="7FD89FA5" w14:textId="77777777" w:rsidR="00270F62" w:rsidRPr="004A70B2" w:rsidRDefault="00270F62" w:rsidP="00270F62">
      <w:pPr>
        <w:spacing w:after="100"/>
        <w:ind w:firstLine="567"/>
        <w:jc w:val="both"/>
        <w:rPr>
          <w:lang w:val="ru-RU"/>
        </w:rPr>
      </w:pPr>
      <w:r w:rsidRPr="004A70B2">
        <w:rPr>
          <w:rFonts w:eastAsia="Times New Roman"/>
          <w:sz w:val="20"/>
          <w:lang w:val="ru-RU"/>
        </w:rPr>
        <w:t>Настоящая таблица составлена для однозначного сопоставления номеров и обозначений помещений, используемых в документах собственника (арендодателя), договоре аренды, акте приёма-передачи, внутренних документах лаборатории и на дверях помещений.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531"/>
        <w:gridCol w:w="2324"/>
        <w:gridCol w:w="1984"/>
        <w:gridCol w:w="2324"/>
        <w:gridCol w:w="1984"/>
        <w:gridCol w:w="2324"/>
        <w:gridCol w:w="1531"/>
      </w:tblGrid>
      <w:tr w:rsidR="00270F62" w14:paraId="012B9805" w14:textId="77777777" w:rsidTr="00E9036D">
        <w:trPr>
          <w:tblHeader/>
          <w:jc w:val="center"/>
        </w:trPr>
        <w:tc>
          <w:tcPr>
            <w:tcW w:w="45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AABE1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</w:rPr>
            </w:pPr>
            <w:r w:rsidRPr="00E9036D">
              <w:rPr>
                <w:rFonts w:eastAsia="Times New Roman"/>
                <w:bCs/>
                <w:sz w:val="16"/>
                <w:szCs w:val="16"/>
              </w:rPr>
              <w:t>№</w:t>
            </w:r>
          </w:p>
        </w:tc>
        <w:tc>
          <w:tcPr>
            <w:tcW w:w="1531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40D7D7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Адрес</w:t>
            </w:r>
            <w:proofErr w:type="spellEnd"/>
            <w:r w:rsidRPr="00E9036D">
              <w:rPr>
                <w:rFonts w:eastAsia="Times New Roman"/>
                <w:bCs/>
                <w:sz w:val="16"/>
                <w:szCs w:val="16"/>
              </w:rPr>
              <w:t xml:space="preserve">, </w:t>
            </w: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этаж</w:t>
            </w:r>
            <w:proofErr w:type="spellEnd"/>
          </w:p>
        </w:tc>
        <w:tc>
          <w:tcPr>
            <w:tcW w:w="232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A52BBE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bCs/>
                <w:sz w:val="16"/>
                <w:szCs w:val="16"/>
                <w:lang w:val="ru-RU"/>
              </w:rPr>
              <w:t>Номер помещения по документам собственника (поэтажному плану, экспликации)</w:t>
            </w:r>
          </w:p>
        </w:tc>
        <w:tc>
          <w:tcPr>
            <w:tcW w:w="198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C13A9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bCs/>
                <w:sz w:val="16"/>
                <w:szCs w:val="16"/>
                <w:lang w:val="ru-RU"/>
              </w:rPr>
              <w:t>Номер помещения по договору / акту приёма-передачи</w:t>
            </w:r>
          </w:p>
        </w:tc>
        <w:tc>
          <w:tcPr>
            <w:tcW w:w="232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AE2C8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bCs/>
                <w:sz w:val="16"/>
                <w:szCs w:val="16"/>
                <w:lang w:val="ru-RU"/>
              </w:rPr>
              <w:t>Номер или обозначение во внутренних документах лаборатории / на двери</w:t>
            </w:r>
          </w:p>
        </w:tc>
        <w:tc>
          <w:tcPr>
            <w:tcW w:w="198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AE8D2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Фактическое</w:t>
            </w:r>
            <w:proofErr w:type="spellEnd"/>
            <w:r w:rsidRPr="00E9036D">
              <w:rPr>
                <w:rFonts w:eastAsia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назначение</w:t>
            </w:r>
            <w:proofErr w:type="spellEnd"/>
            <w:r w:rsidRPr="00E9036D">
              <w:rPr>
                <w:rFonts w:eastAsia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помещения</w:t>
            </w:r>
            <w:proofErr w:type="spellEnd"/>
          </w:p>
        </w:tc>
        <w:tc>
          <w:tcPr>
            <w:tcW w:w="2324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02BC25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bCs/>
                <w:sz w:val="16"/>
                <w:szCs w:val="16"/>
                <w:lang w:val="ru-RU"/>
              </w:rPr>
              <w:t>Документ или основание, подтверждающее соответствие</w:t>
            </w:r>
          </w:p>
        </w:tc>
        <w:tc>
          <w:tcPr>
            <w:tcW w:w="1531" w:type="dxa"/>
            <w:shd w:val="clear" w:color="auto" w:fill="FFFFFF" w:themeFill="background1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F8BB06" w14:textId="77777777" w:rsidR="00270F62" w:rsidRPr="00E9036D" w:rsidRDefault="00270F62" w:rsidP="00E42B62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bCs/>
                <w:sz w:val="16"/>
                <w:szCs w:val="16"/>
              </w:rPr>
              <w:t>Примечание</w:t>
            </w:r>
            <w:proofErr w:type="spellEnd"/>
          </w:p>
        </w:tc>
      </w:tr>
      <w:tr w:rsidR="00270F62" w:rsidRPr="00673234" w14:paraId="3440A921" w14:textId="77777777" w:rsidTr="00E42B6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73AC32" w14:textId="0D1AEB06" w:rsidR="00270F62" w:rsidRPr="00E9036D" w:rsidRDefault="00270F62" w:rsidP="00E9036D">
            <w:pPr>
              <w:pStyle w:val="ae"/>
              <w:numPr>
                <w:ilvl w:val="0"/>
                <w:numId w:val="11"/>
              </w:numPr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A1AC5D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г. Санкт-Петербург, 2-й этаж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5E6BF4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Помещение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14 по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экспликации</w:t>
            </w:r>
            <w:proofErr w:type="spellEnd"/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6013AF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Комната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14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FE237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Лаборатория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2 /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кабинет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207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60FF4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Хроматографическая</w:t>
            </w:r>
            <w:proofErr w:type="spellEnd"/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CED16A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Поэтажный план и экспликация от 15.02.2025; приложение № 1 к договору аренды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4BE2D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Обозначения относятся к одному помещению</w:t>
            </w:r>
          </w:p>
        </w:tc>
      </w:tr>
      <w:tr w:rsidR="00270F62" w14:paraId="3A67D5BE" w14:textId="77777777" w:rsidTr="00E42B6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A5163B" w14:textId="5CB709F6" w:rsidR="00270F62" w:rsidRPr="00673234" w:rsidRDefault="00270F62" w:rsidP="00E9036D">
            <w:pPr>
              <w:pStyle w:val="ae"/>
              <w:numPr>
                <w:ilvl w:val="0"/>
                <w:numId w:val="11"/>
              </w:numPr>
              <w:ind w:left="0" w:firstLine="0"/>
              <w:rPr>
                <w:sz w:val="16"/>
                <w:szCs w:val="16"/>
                <w:lang w:val="ru-RU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529499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г. Санкт-Петербург, 2-й этаж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1B9024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Помещение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15 по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экспликации</w:t>
            </w:r>
            <w:proofErr w:type="spellEnd"/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7597E8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Комната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15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518F86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Весовая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/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кабинет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208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BE56A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Приготовление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навесок</w:t>
            </w:r>
            <w:proofErr w:type="spellEnd"/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9CF644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Поэтажный план; акт приёма-передачи от 01.03.2025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A0519D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Внутреннее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функциональное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наименование</w:t>
            </w:r>
            <w:proofErr w:type="spellEnd"/>
          </w:p>
        </w:tc>
      </w:tr>
      <w:tr w:rsidR="00270F62" w:rsidRPr="00673234" w14:paraId="2E1E092C" w14:textId="77777777" w:rsidTr="00E42B62">
        <w:trPr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FAE78" w14:textId="750618D3" w:rsidR="00270F62" w:rsidRPr="00E9036D" w:rsidRDefault="00270F62" w:rsidP="00E9036D">
            <w:pPr>
              <w:pStyle w:val="ae"/>
              <w:numPr>
                <w:ilvl w:val="0"/>
                <w:numId w:val="11"/>
              </w:numPr>
              <w:ind w:left="0" w:firstLine="0"/>
              <w:rPr>
                <w:sz w:val="16"/>
                <w:szCs w:val="16"/>
              </w:rPr>
            </w:pP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550046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г. Санкт-Петербург, 2-й этаж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F82645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Помещение № 18 по актуальному плану (ранее № 16)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E0D850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Комната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№ 16</w:t>
            </w:r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77E8F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Пробоподготовка /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кабинет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210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1EF36A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Подготовка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образцов</w:t>
            </w:r>
            <w:proofErr w:type="spellEnd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 xml:space="preserve"> к </w:t>
            </w:r>
            <w:proofErr w:type="spellStart"/>
            <w:r w:rsidRPr="00E9036D">
              <w:rPr>
                <w:rFonts w:eastAsia="Times New Roman"/>
                <w:i/>
                <w:iCs/>
                <w:sz w:val="16"/>
                <w:szCs w:val="16"/>
              </w:rPr>
              <w:t>испытаниям</w:t>
            </w:r>
            <w:proofErr w:type="spellEnd"/>
          </w:p>
        </w:tc>
        <w:tc>
          <w:tcPr>
            <w:tcW w:w="23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6CFD94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Письмо арендодателя от 20.03.2025 № 12; старый и новый поэтажные планы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48E8F6" w14:textId="77777777" w:rsidR="00270F62" w:rsidRPr="00E9036D" w:rsidRDefault="00270F62" w:rsidP="00E42B62">
            <w:pPr>
              <w:rPr>
                <w:i/>
                <w:iCs/>
                <w:sz w:val="16"/>
                <w:szCs w:val="16"/>
                <w:lang w:val="ru-RU"/>
              </w:rPr>
            </w:pPr>
            <w:r w:rsidRPr="00E9036D">
              <w:rPr>
                <w:rFonts w:eastAsia="Times New Roman"/>
                <w:i/>
                <w:iCs/>
                <w:sz w:val="16"/>
                <w:szCs w:val="16"/>
                <w:lang w:val="ru-RU"/>
              </w:rPr>
              <w:t>Номер изменён после технической инвентаризации</w:t>
            </w:r>
          </w:p>
        </w:tc>
      </w:tr>
    </w:tbl>
    <w:p w14:paraId="496D10E3" w14:textId="77777777" w:rsidR="00270F62" w:rsidRPr="00270F62" w:rsidRDefault="00270F62" w:rsidP="00270F62">
      <w:pPr>
        <w:contextualSpacing/>
        <w:rPr>
          <w:rFonts w:cs="Times New Roman"/>
          <w:sz w:val="22"/>
          <w:lang w:val="ru-RU"/>
        </w:rPr>
      </w:pPr>
    </w:p>
    <w:p w14:paraId="782DC335" w14:textId="0F6C02E4" w:rsidR="00270F62" w:rsidRPr="00E9036D" w:rsidRDefault="00270F62" w:rsidP="00270F62">
      <w:pPr>
        <w:contextualSpacing/>
        <w:rPr>
          <w:rFonts w:cs="Times New Roman"/>
          <w:sz w:val="20"/>
          <w:szCs w:val="20"/>
          <w:lang w:val="ru-RU"/>
        </w:rPr>
      </w:pPr>
      <w:r w:rsidRPr="00E9036D">
        <w:rPr>
          <w:rFonts w:cs="Times New Roman"/>
          <w:sz w:val="20"/>
          <w:szCs w:val="20"/>
          <w:lang w:val="ru-RU"/>
        </w:rPr>
        <w:t>Настоящее письмо выдано для представления экспертн</w:t>
      </w:r>
      <w:r w:rsidR="00673234">
        <w:rPr>
          <w:rFonts w:cs="Times New Roman"/>
          <w:sz w:val="20"/>
          <w:szCs w:val="20"/>
          <w:lang w:val="ru-RU"/>
        </w:rPr>
        <w:t>ой</w:t>
      </w:r>
      <w:r w:rsidRPr="00E9036D">
        <w:rPr>
          <w:rFonts w:cs="Times New Roman"/>
          <w:sz w:val="20"/>
          <w:szCs w:val="20"/>
          <w:lang w:val="ru-RU"/>
        </w:rPr>
        <w:t xml:space="preserve"> групп</w:t>
      </w:r>
      <w:r w:rsidR="00673234">
        <w:rPr>
          <w:rFonts w:cs="Times New Roman"/>
          <w:sz w:val="20"/>
          <w:szCs w:val="20"/>
          <w:lang w:val="ru-RU"/>
        </w:rPr>
        <w:t>е</w:t>
      </w:r>
      <w:r w:rsidRPr="00E9036D">
        <w:rPr>
          <w:rFonts w:cs="Times New Roman"/>
          <w:sz w:val="20"/>
          <w:szCs w:val="20"/>
          <w:lang w:val="ru-RU"/>
        </w:rPr>
        <w:t xml:space="preserve"> при проведении процедуры аккредитации (подтверждения компетентности, расширения области аккредитации) и подтверждает соответствие нумерации помещений, используемой в документах.</w:t>
      </w:r>
    </w:p>
    <w:p w14:paraId="0EA6CAEF" w14:textId="77777777" w:rsidR="00270F62" w:rsidRPr="00270F62" w:rsidRDefault="00270F62" w:rsidP="00270F62">
      <w:pPr>
        <w:contextualSpacing/>
        <w:rPr>
          <w:rFonts w:cs="Times New Roman"/>
          <w:sz w:val="22"/>
          <w:lang w:val="ru-RU"/>
        </w:rPr>
      </w:pPr>
    </w:p>
    <w:p w14:paraId="3768F0B4" w14:textId="4B517AFE" w:rsidR="00270F62" w:rsidRPr="00270F62" w:rsidRDefault="00270F62" w:rsidP="00270F62">
      <w:pPr>
        <w:contextualSpacing/>
        <w:rPr>
          <w:rFonts w:cs="Times New Roman"/>
          <w:sz w:val="22"/>
          <w:lang w:val="ru-RU"/>
        </w:rPr>
      </w:pPr>
      <w:r w:rsidRPr="00270F62">
        <w:rPr>
          <w:rFonts w:cs="Times New Roman"/>
          <w:sz w:val="22"/>
          <w:lang w:val="ru-RU"/>
        </w:rPr>
        <w:t>Руководитель организации ___________________/______________/</w:t>
      </w:r>
      <w:r w:rsidR="00E9036D">
        <w:rPr>
          <w:rFonts w:cs="Times New Roman"/>
          <w:sz w:val="22"/>
          <w:lang w:val="ru-RU"/>
        </w:rPr>
        <w:tab/>
      </w:r>
      <w:r w:rsidR="00E9036D">
        <w:rPr>
          <w:rFonts w:cs="Times New Roman"/>
          <w:sz w:val="22"/>
          <w:lang w:val="ru-RU"/>
        </w:rPr>
        <w:tab/>
      </w:r>
      <w:r w:rsidR="00E9036D">
        <w:rPr>
          <w:rFonts w:cs="Times New Roman"/>
          <w:sz w:val="22"/>
          <w:lang w:val="ru-RU"/>
        </w:rPr>
        <w:tab/>
      </w:r>
      <w:r w:rsidRPr="00270F62">
        <w:rPr>
          <w:rFonts w:cs="Times New Roman"/>
          <w:sz w:val="22"/>
          <w:lang w:val="ru-RU"/>
        </w:rPr>
        <w:t>М.П.</w:t>
      </w:r>
      <w:r w:rsidRPr="00C6084B">
        <w:rPr>
          <w:rFonts w:cs="Times New Roman"/>
          <w:i/>
          <w:iCs/>
          <w:sz w:val="22"/>
          <w:lang w:val="ru-RU"/>
        </w:rPr>
        <w:t xml:space="preserve"> (при наличии)</w:t>
      </w:r>
    </w:p>
    <w:sectPr w:rsidR="00270F62" w:rsidRPr="00270F62" w:rsidSect="00270F6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F36456"/>
    <w:multiLevelType w:val="hybridMultilevel"/>
    <w:tmpl w:val="27C61FA2"/>
    <w:lvl w:ilvl="0" w:tplc="2B98AD8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92F46"/>
    <w:multiLevelType w:val="hybridMultilevel"/>
    <w:tmpl w:val="843A3E58"/>
    <w:lvl w:ilvl="0" w:tplc="2B98AD8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0F62"/>
    <w:rsid w:val="0029639D"/>
    <w:rsid w:val="00326F90"/>
    <w:rsid w:val="00506B84"/>
    <w:rsid w:val="00673234"/>
    <w:rsid w:val="00AA1D8D"/>
    <w:rsid w:val="00B47730"/>
    <w:rsid w:val="00C6084B"/>
    <w:rsid w:val="00CB0664"/>
    <w:rsid w:val="00E903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C405E"/>
  <w14:defaultImageDpi w14:val="300"/>
  <w15:docId w15:val="{12A64452-03F8-4C1B-BA26-C3EA8D52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465</cp:lastModifiedBy>
  <cp:revision>4</cp:revision>
  <dcterms:created xsi:type="dcterms:W3CDTF">2026-07-30T11:16:00Z</dcterms:created>
  <dcterms:modified xsi:type="dcterms:W3CDTF">2026-07-31T10:46:00Z</dcterms:modified>
  <cp:category/>
</cp:coreProperties>
</file>