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4986"/>
        <w:gridCol w:w="4986"/>
      </w:tblGrid>
      <w:tr w:rsidR="00CA763D" w:rsidRPr="005244D0" w14:paraId="79759F6E" w14:textId="77777777">
        <w:tc>
          <w:tcPr>
            <w:tcW w:w="4986" w:type="dxa"/>
          </w:tcPr>
          <w:p w14:paraId="216094FF" w14:textId="77777777" w:rsidR="00CA763D" w:rsidRPr="005244D0" w:rsidRDefault="006D20F4" w:rsidP="005244D0">
            <w:pPr>
              <w:pStyle w:val="ac"/>
              <w:rPr>
                <w:i w:val="0"/>
                <w:iCs w:val="0"/>
              </w:rPr>
            </w:pPr>
            <w:r w:rsidRPr="005244D0">
              <w:rPr>
                <w:rFonts w:ascii="Times New Roman" w:eastAsiaTheme="minorEastAsia" w:hAnsi="Times New Roman" w:cstheme="minorBidi"/>
                <w:b/>
                <w:i w:val="0"/>
                <w:iCs w:val="0"/>
                <w:color w:val="auto"/>
                <w:spacing w:val="0"/>
                <w:szCs w:val="22"/>
              </w:rPr>
              <w:t>Кому:</w:t>
            </w:r>
          </w:p>
        </w:tc>
        <w:tc>
          <w:tcPr>
            <w:tcW w:w="4986" w:type="dxa"/>
          </w:tcPr>
          <w:p w14:paraId="1140AE91" w14:textId="77777777" w:rsidR="00CA763D" w:rsidRPr="005244D0" w:rsidRDefault="006D20F4">
            <w:pPr>
              <w:rPr>
                <w:lang w:val="ru-RU"/>
              </w:rPr>
            </w:pPr>
            <w:r w:rsidRPr="005244D0">
              <w:rPr>
                <w:lang w:val="ru-RU"/>
              </w:rPr>
              <w:t>Федеральная служба по аккредитации (Росаккредитация)</w:t>
            </w:r>
          </w:p>
        </w:tc>
      </w:tr>
      <w:tr w:rsidR="00CA763D" w:rsidRPr="005244D0" w14:paraId="6E180B75" w14:textId="77777777">
        <w:tc>
          <w:tcPr>
            <w:tcW w:w="4986" w:type="dxa"/>
          </w:tcPr>
          <w:p w14:paraId="307225FD" w14:textId="77777777" w:rsidR="00CA763D" w:rsidRDefault="006D20F4">
            <w:r>
              <w:rPr>
                <w:b/>
              </w:rPr>
              <w:t>От кого:</w:t>
            </w:r>
          </w:p>
        </w:tc>
        <w:tc>
          <w:tcPr>
            <w:tcW w:w="4986" w:type="dxa"/>
          </w:tcPr>
          <w:p w14:paraId="26282B76" w14:textId="77777777" w:rsidR="00CA763D" w:rsidRPr="005244D0" w:rsidRDefault="006D20F4">
            <w:pPr>
              <w:rPr>
                <w:lang w:val="ru-RU"/>
              </w:rPr>
            </w:pPr>
            <w:r w:rsidRPr="005244D0">
              <w:rPr>
                <w:lang w:val="ru-RU"/>
              </w:rPr>
              <w:t xml:space="preserve">[Полное наименование ИЛ], УНЗ: </w:t>
            </w:r>
            <w:r>
              <w:t>RA</w:t>
            </w:r>
            <w:r w:rsidRPr="005244D0">
              <w:rPr>
                <w:lang w:val="ru-RU"/>
              </w:rPr>
              <w:t>.</w:t>
            </w:r>
            <w:r>
              <w:t>RU</w:t>
            </w:r>
            <w:r w:rsidRPr="005244D0">
              <w:rPr>
                <w:lang w:val="ru-RU"/>
              </w:rPr>
              <w:t>.[________]</w:t>
            </w:r>
          </w:p>
        </w:tc>
      </w:tr>
      <w:tr w:rsidR="00CA763D" w14:paraId="367B2D90" w14:textId="77777777">
        <w:tc>
          <w:tcPr>
            <w:tcW w:w="4986" w:type="dxa"/>
          </w:tcPr>
          <w:p w14:paraId="2B7C6D2F" w14:textId="77777777" w:rsidR="00CA763D" w:rsidRDefault="006D20F4">
            <w:r>
              <w:rPr>
                <w:b/>
              </w:rPr>
              <w:t>Исх. №, дата:</w:t>
            </w:r>
          </w:p>
        </w:tc>
        <w:tc>
          <w:tcPr>
            <w:tcW w:w="4986" w:type="dxa"/>
          </w:tcPr>
          <w:p w14:paraId="5F756A48" w14:textId="77777777" w:rsidR="00CA763D" w:rsidRDefault="006D20F4">
            <w:r>
              <w:t>[____] от «__» ________ 20__ г.</w:t>
            </w:r>
          </w:p>
        </w:tc>
      </w:tr>
      <w:tr w:rsidR="00CA763D" w:rsidRPr="005244D0" w14:paraId="2E8CD610" w14:textId="77777777">
        <w:tc>
          <w:tcPr>
            <w:tcW w:w="4986" w:type="dxa"/>
          </w:tcPr>
          <w:p w14:paraId="2E8FCC3F" w14:textId="77777777" w:rsidR="00CA763D" w:rsidRDefault="006D20F4">
            <w:r>
              <w:rPr>
                <w:b/>
              </w:rPr>
              <w:t>На №/дату:</w:t>
            </w:r>
          </w:p>
        </w:tc>
        <w:tc>
          <w:tcPr>
            <w:tcW w:w="4986" w:type="dxa"/>
          </w:tcPr>
          <w:p w14:paraId="5D9B6C0B" w14:textId="77777777" w:rsidR="00CA763D" w:rsidRPr="005244D0" w:rsidRDefault="006D20F4">
            <w:pPr>
              <w:rPr>
                <w:lang w:val="ru-RU"/>
              </w:rPr>
            </w:pPr>
            <w:r w:rsidRPr="005244D0">
              <w:rPr>
                <w:lang w:val="ru-RU"/>
              </w:rPr>
              <w:t xml:space="preserve">Решение о приостановлении от «__» ________ 20__ г. № [_____]; Акт </w:t>
            </w:r>
            <w:r w:rsidRPr="005244D0">
              <w:rPr>
                <w:lang w:val="ru-RU"/>
              </w:rPr>
              <w:t>экспертизы от «__» ________ 20__ г. № [_____].</w:t>
            </w:r>
          </w:p>
        </w:tc>
      </w:tr>
      <w:tr w:rsidR="00CA763D" w14:paraId="0D63BDD4" w14:textId="77777777">
        <w:tc>
          <w:tcPr>
            <w:tcW w:w="4986" w:type="dxa"/>
          </w:tcPr>
          <w:p w14:paraId="6BFCE526" w14:textId="77777777" w:rsidR="00CA763D" w:rsidRDefault="006D20F4">
            <w:r>
              <w:rPr>
                <w:b/>
              </w:rPr>
              <w:t>По госуслуге:</w:t>
            </w:r>
          </w:p>
        </w:tc>
        <w:tc>
          <w:tcPr>
            <w:tcW w:w="4986" w:type="dxa"/>
          </w:tcPr>
          <w:p w14:paraId="5FEFCBA1" w14:textId="77777777" w:rsidR="00CA763D" w:rsidRDefault="006D20F4">
            <w:r>
              <w:t>№ [____-ГУ]</w:t>
            </w:r>
          </w:p>
        </w:tc>
      </w:tr>
      <w:tr w:rsidR="00CA763D" w:rsidRPr="005244D0" w14:paraId="78084667" w14:textId="77777777">
        <w:tc>
          <w:tcPr>
            <w:tcW w:w="4986" w:type="dxa"/>
          </w:tcPr>
          <w:p w14:paraId="4676156E" w14:textId="77777777" w:rsidR="00CA763D" w:rsidRDefault="006D20F4">
            <w:r>
              <w:rPr>
                <w:b/>
              </w:rPr>
              <w:t>Контактное лицо:</w:t>
            </w:r>
          </w:p>
        </w:tc>
        <w:tc>
          <w:tcPr>
            <w:tcW w:w="4986" w:type="dxa"/>
          </w:tcPr>
          <w:p w14:paraId="3B20E544" w14:textId="77777777" w:rsidR="00CA763D" w:rsidRPr="005244D0" w:rsidRDefault="006D20F4">
            <w:pPr>
              <w:rPr>
                <w:lang w:val="ru-RU"/>
              </w:rPr>
            </w:pPr>
            <w:r w:rsidRPr="005244D0">
              <w:rPr>
                <w:lang w:val="ru-RU"/>
              </w:rPr>
              <w:t xml:space="preserve">[ФИО, должность, телефон, </w:t>
            </w:r>
            <w:r>
              <w:t>e</w:t>
            </w:r>
            <w:r w:rsidRPr="005244D0">
              <w:rPr>
                <w:lang w:val="ru-RU"/>
              </w:rPr>
              <w:t>‑</w:t>
            </w:r>
            <w:r>
              <w:t>mail</w:t>
            </w:r>
            <w:r w:rsidRPr="005244D0">
              <w:rPr>
                <w:lang w:val="ru-RU"/>
              </w:rPr>
              <w:t>]</w:t>
            </w:r>
          </w:p>
        </w:tc>
      </w:tr>
    </w:tbl>
    <w:p w14:paraId="7081E26A" w14:textId="77777777" w:rsidR="00CA763D" w:rsidRPr="005244D0" w:rsidRDefault="00CA763D">
      <w:pPr>
        <w:rPr>
          <w:lang w:val="ru-RU"/>
        </w:rPr>
      </w:pPr>
    </w:p>
    <w:p w14:paraId="41D7E63B" w14:textId="77777777" w:rsidR="00CA763D" w:rsidRPr="005244D0" w:rsidRDefault="006D20F4">
      <w:pPr>
        <w:jc w:val="center"/>
        <w:rPr>
          <w:lang w:val="ru-RU"/>
        </w:rPr>
      </w:pPr>
      <w:r w:rsidRPr="005244D0">
        <w:rPr>
          <w:b/>
          <w:sz w:val="28"/>
          <w:lang w:val="ru-RU"/>
        </w:rPr>
        <w:t>О направлении отчёта об устранении несоответствий</w:t>
      </w:r>
    </w:p>
    <w:p w14:paraId="12A84AAA" w14:textId="77777777" w:rsidR="00CA763D" w:rsidRPr="005244D0" w:rsidRDefault="006D20F4">
      <w:pPr>
        <w:rPr>
          <w:lang w:val="ru-RU"/>
        </w:rPr>
      </w:pPr>
      <w:r w:rsidRPr="005244D0">
        <w:rPr>
          <w:b/>
          <w:lang w:val="ru-RU"/>
        </w:rPr>
        <w:t>Уважаемые коллеги!</w:t>
      </w:r>
    </w:p>
    <w:p w14:paraId="5D451E71" w14:textId="0E3C0D6F" w:rsidR="00CA763D" w:rsidRPr="005244D0" w:rsidRDefault="006D20F4">
      <w:pPr>
        <w:rPr>
          <w:lang w:val="ru-RU"/>
        </w:rPr>
      </w:pPr>
      <w:r w:rsidRPr="005244D0">
        <w:rPr>
          <w:lang w:val="ru-RU"/>
        </w:rPr>
        <w:t>Во исполнение п. 4.7 СМ 03.1‑9.0013 направляем Отчёт об уст</w:t>
      </w:r>
      <w:r w:rsidRPr="005244D0">
        <w:rPr>
          <w:lang w:val="ru-RU"/>
        </w:rPr>
        <w:t xml:space="preserve">ранении несоответствий, выявленных по результатам оказания государственной услуги (Акт экспертизы от «__» ________ 20__ г. № </w:t>
      </w:r>
      <w:r w:rsidRPr="005244D0">
        <w:rPr>
          <w:lang w:val="ru-RU"/>
        </w:rPr>
        <w:t>_____</w:t>
      </w:r>
      <w:r w:rsidRPr="005244D0">
        <w:rPr>
          <w:lang w:val="ru-RU"/>
        </w:rPr>
        <w:t xml:space="preserve">, Решение о приостановлении от «__» ________ 20__ г. № </w:t>
      </w:r>
      <w:r w:rsidRPr="005244D0">
        <w:rPr>
          <w:lang w:val="ru-RU"/>
        </w:rPr>
        <w:t>_____</w:t>
      </w:r>
      <w:r w:rsidRPr="005244D0">
        <w:rPr>
          <w:lang w:val="ru-RU"/>
        </w:rPr>
        <w:t>).</w:t>
      </w:r>
    </w:p>
    <w:p w14:paraId="3FADC837" w14:textId="77777777" w:rsidR="00CA763D" w:rsidRPr="005244D0" w:rsidRDefault="006D20F4">
      <w:pPr>
        <w:rPr>
          <w:lang w:val="ru-RU"/>
        </w:rPr>
      </w:pPr>
      <w:r w:rsidRPr="005244D0">
        <w:rPr>
          <w:lang w:val="ru-RU"/>
        </w:rPr>
        <w:t>Отчёт представлен в табличной форме с привязкой к страницам</w:t>
      </w:r>
      <w:r w:rsidRPr="005244D0">
        <w:rPr>
          <w:lang w:val="ru-RU"/>
        </w:rPr>
        <w:t xml:space="preserve"> Акта и содержит: описание несоответствий, анализ причин, предпринятые коррекции и корректирующие действия, оценку влияния на ранее выданные результаты, подтверждающие документы и проверку результативности.</w:t>
      </w:r>
    </w:p>
    <w:p w14:paraId="08E6C6CB" w14:textId="43BC5853" w:rsidR="00CA763D" w:rsidRPr="005244D0" w:rsidRDefault="006D20F4">
      <w:pPr>
        <w:rPr>
          <w:lang w:val="ru-RU"/>
        </w:rPr>
      </w:pPr>
      <w:r w:rsidRPr="005244D0">
        <w:rPr>
          <w:lang w:val="ru-RU"/>
        </w:rPr>
        <w:t>По результатам внедрения корректирующих действий:</w:t>
      </w:r>
      <w:r w:rsidRPr="005244D0">
        <w:rPr>
          <w:lang w:val="ru-RU"/>
        </w:rPr>
        <w:t xml:space="preserve"> несоответствия устранены; влияние на достоверность ранее выданных результатов </w:t>
      </w:r>
      <w:r w:rsidR="00E6172C">
        <w:rPr>
          <w:lang w:val="ru-RU"/>
        </w:rPr>
        <w:t>(</w:t>
      </w:r>
      <w:r w:rsidRPr="005244D0">
        <w:rPr>
          <w:lang w:val="ru-RU"/>
        </w:rPr>
        <w:t>не выявлено / устранено путём повторных измерений и замены протоколов № ___</w:t>
      </w:r>
      <w:r w:rsidR="00E6172C">
        <w:rPr>
          <w:lang w:val="ru-RU"/>
        </w:rPr>
        <w:t>)</w:t>
      </w:r>
      <w:r w:rsidRPr="005244D0">
        <w:rPr>
          <w:lang w:val="ru-RU"/>
        </w:rPr>
        <w:t>.</w:t>
      </w:r>
    </w:p>
    <w:p w14:paraId="3792A489" w14:textId="368D1CD7" w:rsidR="00CA763D" w:rsidRPr="005244D0" w:rsidRDefault="006D20F4" w:rsidP="005244D0">
      <w:pPr>
        <w:rPr>
          <w:lang w:val="ru-RU"/>
        </w:rPr>
      </w:pPr>
      <w:r w:rsidRPr="005244D0">
        <w:rPr>
          <w:lang w:val="ru-RU"/>
        </w:rPr>
        <w:t>Просим</w:t>
      </w:r>
      <w:r w:rsidR="005244D0">
        <w:rPr>
          <w:lang w:val="ru-RU"/>
        </w:rPr>
        <w:t xml:space="preserve"> </w:t>
      </w:r>
      <w:r w:rsidRPr="005244D0">
        <w:rPr>
          <w:lang w:val="ru-RU"/>
        </w:rPr>
        <w:t>принять отчёт и приложения к рассмотрению</w:t>
      </w:r>
      <w:r w:rsidR="005244D0">
        <w:rPr>
          <w:lang w:val="ru-RU"/>
        </w:rPr>
        <w:t>.</w:t>
      </w:r>
    </w:p>
    <w:p w14:paraId="0FBEF0AB" w14:textId="2635F306" w:rsidR="00CA763D" w:rsidRDefault="005244D0">
      <w:pPr>
        <w:rPr>
          <w:lang w:val="ru-RU"/>
        </w:rPr>
      </w:pPr>
      <w:r>
        <w:rPr>
          <w:lang w:val="ru-RU"/>
        </w:rPr>
        <w:t>Приложения:</w:t>
      </w:r>
    </w:p>
    <w:p w14:paraId="7EB8E29A" w14:textId="0EE7A1B3" w:rsidR="005244D0" w:rsidRDefault="005244D0" w:rsidP="005244D0">
      <w:pPr>
        <w:pStyle w:val="ae"/>
        <w:numPr>
          <w:ilvl w:val="0"/>
          <w:numId w:val="10"/>
        </w:numPr>
        <w:rPr>
          <w:lang w:val="ru-RU"/>
        </w:rPr>
      </w:pPr>
      <w:r>
        <w:rPr>
          <w:lang w:val="ru-RU"/>
        </w:rPr>
        <w:t xml:space="preserve">Отчёт по устранению несоответствий критериям аккредитации и ГОСТ </w:t>
      </w:r>
      <w:r>
        <w:t>ISO</w:t>
      </w:r>
      <w:r w:rsidRPr="005244D0">
        <w:rPr>
          <w:lang w:val="ru-RU"/>
        </w:rPr>
        <w:t>/</w:t>
      </w:r>
      <w:r>
        <w:t>IEC</w:t>
      </w:r>
      <w:r w:rsidRPr="005244D0">
        <w:rPr>
          <w:lang w:val="ru-RU"/>
        </w:rPr>
        <w:t xml:space="preserve"> 17025-2019</w:t>
      </w:r>
      <w:r>
        <w:rPr>
          <w:lang w:val="ru-RU"/>
        </w:rPr>
        <w:t>, выявленных в ходе прохождения услуги по подтверждению компетентности Испытательной лаборатории (номер выписки) ООО «Ромашка» (ИНН) ГУ № ____ от___. (на 10 листах) – листы с 3 по 13;</w:t>
      </w:r>
    </w:p>
    <w:p w14:paraId="7B4ED108" w14:textId="6F8C2F6D" w:rsidR="005244D0" w:rsidRPr="005244D0" w:rsidRDefault="005244D0" w:rsidP="005244D0">
      <w:pPr>
        <w:pStyle w:val="ae"/>
        <w:numPr>
          <w:ilvl w:val="0"/>
          <w:numId w:val="10"/>
        </w:numPr>
        <w:rPr>
          <w:lang w:val="ru-RU"/>
        </w:rPr>
      </w:pPr>
      <w:r w:rsidRPr="005244D0">
        <w:rPr>
          <w:lang w:val="ru-RU"/>
        </w:rPr>
        <w:t>Подтверждающие документы</w:t>
      </w:r>
      <w:r w:rsidR="00D715B1">
        <w:rPr>
          <w:lang w:val="ru-RU"/>
        </w:rPr>
        <w:t>:</w:t>
      </w:r>
    </w:p>
    <w:p w14:paraId="4E9A0D9A" w14:textId="7A0AF5E9" w:rsidR="005244D0" w:rsidRDefault="005244D0" w:rsidP="005244D0">
      <w:pPr>
        <w:pStyle w:val="ae"/>
        <w:numPr>
          <w:ilvl w:val="1"/>
          <w:numId w:val="10"/>
        </w:numPr>
        <w:rPr>
          <w:lang w:val="ru-RU"/>
        </w:rPr>
      </w:pPr>
      <w:r w:rsidRPr="005244D0">
        <w:rPr>
          <w:lang w:val="ru-RU"/>
        </w:rPr>
        <w:t xml:space="preserve"> </w:t>
      </w:r>
      <w:r>
        <w:rPr>
          <w:lang w:val="ru-RU"/>
        </w:rPr>
        <w:t>Приказ (на 1 листе) – лист 14;</w:t>
      </w:r>
    </w:p>
    <w:p w14:paraId="793D17E3" w14:textId="51FB67B0" w:rsidR="005244D0" w:rsidRPr="005244D0" w:rsidRDefault="005244D0" w:rsidP="005244D0">
      <w:pPr>
        <w:pStyle w:val="ae"/>
        <w:numPr>
          <w:ilvl w:val="1"/>
          <w:numId w:val="10"/>
        </w:numPr>
        <w:rPr>
          <w:lang w:val="ru-RU"/>
        </w:rPr>
      </w:pPr>
      <w:r w:rsidRPr="005244D0">
        <w:rPr>
          <w:lang w:val="ru-RU"/>
        </w:rPr>
        <w:t>Акт ремонта</w:t>
      </w:r>
      <w:r>
        <w:rPr>
          <w:lang w:val="ru-RU"/>
        </w:rPr>
        <w:t xml:space="preserve"> (на 2 листах) – листы с 15 по 16</w:t>
      </w:r>
      <w:r w:rsidRPr="005244D0">
        <w:rPr>
          <w:lang w:val="ru-RU"/>
        </w:rPr>
        <w:t>;</w:t>
      </w:r>
    </w:p>
    <w:p w14:paraId="38F071E9" w14:textId="6A34EAF8" w:rsidR="005244D0" w:rsidRPr="005244D0" w:rsidRDefault="005244D0" w:rsidP="005244D0">
      <w:pPr>
        <w:pStyle w:val="ae"/>
        <w:ind w:left="360"/>
        <w:rPr>
          <w:i/>
          <w:iCs/>
          <w:lang w:val="ru-RU"/>
        </w:rPr>
      </w:pPr>
      <w:r w:rsidRPr="005244D0">
        <w:rPr>
          <w:i/>
          <w:iCs/>
          <w:lang w:val="ru-RU"/>
        </w:rPr>
        <w:t>И так далее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86"/>
        <w:gridCol w:w="4986"/>
      </w:tblGrid>
      <w:tr w:rsidR="005244D0" w14:paraId="242DACD0" w14:textId="77777777" w:rsidTr="005244D0">
        <w:tc>
          <w:tcPr>
            <w:tcW w:w="4986" w:type="dxa"/>
          </w:tcPr>
          <w:p w14:paraId="408EB3A5" w14:textId="17F8BA7D" w:rsidR="005244D0" w:rsidRPr="005244D0" w:rsidRDefault="005244D0" w:rsidP="00920BED">
            <w:pPr>
              <w:rPr>
                <w:lang w:val="ru-RU"/>
              </w:rPr>
            </w:pPr>
            <w:r>
              <w:lastRenderedPageBreak/>
              <w:t xml:space="preserve">Руководитель </w:t>
            </w:r>
            <w:r>
              <w:rPr>
                <w:lang w:val="ru-RU"/>
              </w:rPr>
              <w:t>ООО «Ромашка»</w:t>
            </w:r>
          </w:p>
        </w:tc>
        <w:tc>
          <w:tcPr>
            <w:tcW w:w="4986" w:type="dxa"/>
          </w:tcPr>
          <w:p w14:paraId="3D8EA3C6" w14:textId="77777777" w:rsidR="005244D0" w:rsidRDefault="005244D0" w:rsidP="00920BED">
            <w:r>
              <w:t>__________________ /[ФИО]/</w:t>
            </w:r>
          </w:p>
        </w:tc>
      </w:tr>
      <w:tr w:rsidR="005244D0" w14:paraId="5A6C1842" w14:textId="77777777" w:rsidTr="005244D0">
        <w:tc>
          <w:tcPr>
            <w:tcW w:w="4986" w:type="dxa"/>
          </w:tcPr>
          <w:p w14:paraId="074B5ECA" w14:textId="77777777" w:rsidR="005244D0" w:rsidRDefault="005244D0" w:rsidP="00920BED">
            <w:r>
              <w:t>М.П. (при наличии)</w:t>
            </w:r>
          </w:p>
        </w:tc>
        <w:tc>
          <w:tcPr>
            <w:tcW w:w="4986" w:type="dxa"/>
          </w:tcPr>
          <w:p w14:paraId="718019D6" w14:textId="77777777" w:rsidR="005244D0" w:rsidRDefault="005244D0" w:rsidP="00920BED"/>
        </w:tc>
      </w:tr>
      <w:tr w:rsidR="00CA763D" w14:paraId="3C1510B4" w14:textId="77777777">
        <w:tc>
          <w:tcPr>
            <w:tcW w:w="4986" w:type="dxa"/>
          </w:tcPr>
          <w:p w14:paraId="0B544394" w14:textId="77777777" w:rsidR="00CA763D" w:rsidRDefault="006D20F4">
            <w:r>
              <w:t>Руководитель ИЛ</w:t>
            </w:r>
          </w:p>
        </w:tc>
        <w:tc>
          <w:tcPr>
            <w:tcW w:w="4986" w:type="dxa"/>
          </w:tcPr>
          <w:p w14:paraId="3AB13A44" w14:textId="77777777" w:rsidR="00CA763D" w:rsidRDefault="006D20F4">
            <w:r>
              <w:t>__________________ /[ФИО</w:t>
            </w:r>
            <w:r>
              <w:t>]/</w:t>
            </w:r>
          </w:p>
        </w:tc>
      </w:tr>
      <w:tr w:rsidR="00CA763D" w14:paraId="025AE248" w14:textId="77777777">
        <w:tc>
          <w:tcPr>
            <w:tcW w:w="4986" w:type="dxa"/>
          </w:tcPr>
          <w:p w14:paraId="0F2EA69B" w14:textId="3C170203" w:rsidR="00CA763D" w:rsidRDefault="00CA763D"/>
        </w:tc>
        <w:tc>
          <w:tcPr>
            <w:tcW w:w="4986" w:type="dxa"/>
          </w:tcPr>
          <w:p w14:paraId="0BBA3A4A" w14:textId="77777777" w:rsidR="00CA763D" w:rsidRDefault="00CA763D"/>
        </w:tc>
      </w:tr>
    </w:tbl>
    <w:p w14:paraId="1EB63D73" w14:textId="37B85023" w:rsidR="00CA763D" w:rsidRDefault="00CA763D" w:rsidP="005244D0"/>
    <w:sectPr w:rsidR="00CA763D" w:rsidSect="00034616">
      <w:headerReference w:type="default" r:id="rId8"/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E34FB" w14:textId="77777777" w:rsidR="006D20F4" w:rsidRDefault="006D20F4" w:rsidP="005244D0">
      <w:pPr>
        <w:spacing w:after="0" w:line="240" w:lineRule="auto"/>
      </w:pPr>
      <w:r>
        <w:separator/>
      </w:r>
    </w:p>
  </w:endnote>
  <w:endnote w:type="continuationSeparator" w:id="0">
    <w:p w14:paraId="35FC819C" w14:textId="77777777" w:rsidR="006D20F4" w:rsidRDefault="006D20F4" w:rsidP="00524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6"/>
      </w:rPr>
      <w:id w:val="-1825568845"/>
      <w:docPartObj>
        <w:docPartGallery w:val="Page Numbers (Bottom of Page)"/>
        <w:docPartUnique/>
      </w:docPartObj>
    </w:sdtPr>
    <w:sdtContent>
      <w:p w14:paraId="5E37D50B" w14:textId="5ED6EBA4" w:rsidR="005244D0" w:rsidRPr="005244D0" w:rsidRDefault="005244D0" w:rsidP="005244D0">
        <w:pPr>
          <w:pStyle w:val="a7"/>
          <w:jc w:val="right"/>
          <w:rPr>
            <w:sz w:val="18"/>
            <w:szCs w:val="16"/>
          </w:rPr>
        </w:pPr>
        <w:r w:rsidRPr="005244D0">
          <w:rPr>
            <w:sz w:val="18"/>
            <w:szCs w:val="16"/>
            <w:lang w:val="ru-RU"/>
          </w:rPr>
          <w:t xml:space="preserve">Лист </w:t>
        </w:r>
        <w:r w:rsidRPr="005244D0">
          <w:rPr>
            <w:sz w:val="18"/>
            <w:szCs w:val="16"/>
          </w:rPr>
          <w:fldChar w:fldCharType="begin"/>
        </w:r>
        <w:r w:rsidRPr="005244D0">
          <w:rPr>
            <w:sz w:val="18"/>
            <w:szCs w:val="16"/>
          </w:rPr>
          <w:instrText>PAGE   \* MERGEFORMAT</w:instrText>
        </w:r>
        <w:r w:rsidRPr="005244D0">
          <w:rPr>
            <w:sz w:val="18"/>
            <w:szCs w:val="16"/>
          </w:rPr>
          <w:fldChar w:fldCharType="separate"/>
        </w:r>
        <w:r w:rsidRPr="005244D0">
          <w:rPr>
            <w:sz w:val="18"/>
            <w:szCs w:val="16"/>
            <w:lang w:val="ru-RU"/>
          </w:rPr>
          <w:t>2</w:t>
        </w:r>
        <w:r w:rsidRPr="005244D0">
          <w:rPr>
            <w:sz w:val="18"/>
            <w:szCs w:val="16"/>
          </w:rPr>
          <w:fldChar w:fldCharType="end"/>
        </w:r>
        <w:r w:rsidRPr="005244D0">
          <w:rPr>
            <w:sz w:val="18"/>
            <w:szCs w:val="16"/>
            <w:lang w:val="ru-RU"/>
          </w:rPr>
          <w:t xml:space="preserve"> из ХХХ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37A27" w14:textId="77777777" w:rsidR="006D20F4" w:rsidRDefault="006D20F4" w:rsidP="005244D0">
      <w:pPr>
        <w:spacing w:after="0" w:line="240" w:lineRule="auto"/>
      </w:pPr>
      <w:r>
        <w:separator/>
      </w:r>
    </w:p>
  </w:footnote>
  <w:footnote w:type="continuationSeparator" w:id="0">
    <w:p w14:paraId="350E2EE8" w14:textId="77777777" w:rsidR="006D20F4" w:rsidRDefault="006D20F4" w:rsidP="00524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6EC81" w14:textId="2CCC1FF8" w:rsidR="005244D0" w:rsidRDefault="005244D0">
    <w:pPr>
      <w:pStyle w:val="a5"/>
      <w:jc w:val="right"/>
    </w:pPr>
  </w:p>
  <w:p w14:paraId="0F9630CF" w14:textId="77777777" w:rsidR="005244D0" w:rsidRDefault="005244D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2755876"/>
    <w:multiLevelType w:val="multilevel"/>
    <w:tmpl w:val="EF7E66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28173659"/>
    <w:multiLevelType w:val="multilevel"/>
    <w:tmpl w:val="8990CB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244D0"/>
    <w:rsid w:val="006D20F4"/>
    <w:rsid w:val="00AA1D8D"/>
    <w:rsid w:val="00B47730"/>
    <w:rsid w:val="00CA763D"/>
    <w:rsid w:val="00CB0664"/>
    <w:rsid w:val="00D715B1"/>
    <w:rsid w:val="00E6172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45083A"/>
  <w14:defaultImageDpi w14:val="300"/>
  <w15:docId w15:val="{1CB158B2-EC3B-4E2D-8997-F70B8C9A7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465</cp:lastModifiedBy>
  <cp:revision>3</cp:revision>
  <dcterms:created xsi:type="dcterms:W3CDTF">2025-11-19T10:31:00Z</dcterms:created>
  <dcterms:modified xsi:type="dcterms:W3CDTF">2025-11-19T10:31:00Z</dcterms:modified>
  <cp:category/>
</cp:coreProperties>
</file>