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3A078" w14:textId="2170A7B7" w:rsidR="00BA78F4" w:rsidRDefault="00712A0E" w:rsidP="00BA78F4">
      <w:pPr>
        <w:pStyle w:val="aa"/>
        <w:pBdr>
          <w:bottom w:val="none" w:sz="0" w:space="0" w:color="auto"/>
        </w:pBdr>
        <w:jc w:val="center"/>
        <w:rPr>
          <w:rFonts w:ascii="Times New Roman" w:hAnsi="Times New Roman" w:cs="Times New Roman"/>
          <w:color w:val="auto"/>
          <w:sz w:val="32"/>
          <w:szCs w:val="32"/>
          <w:lang w:val="ru-RU"/>
        </w:rPr>
      </w:pPr>
      <w:r w:rsidRPr="00BA78F4">
        <w:rPr>
          <w:rFonts w:ascii="Times New Roman" w:hAnsi="Times New Roman" w:cs="Times New Roman"/>
          <w:color w:val="auto"/>
          <w:sz w:val="32"/>
          <w:szCs w:val="32"/>
          <w:lang w:val="ru-RU"/>
        </w:rPr>
        <w:t xml:space="preserve">Опросный лист для </w:t>
      </w:r>
      <w:r w:rsidR="00BA78F4" w:rsidRPr="00BA78F4">
        <w:rPr>
          <w:rFonts w:ascii="Times New Roman" w:hAnsi="Times New Roman" w:cs="Times New Roman"/>
          <w:color w:val="auto"/>
          <w:sz w:val="32"/>
          <w:szCs w:val="32"/>
          <w:lang w:val="ru-RU"/>
        </w:rPr>
        <w:t xml:space="preserve">проведения </w:t>
      </w:r>
      <w:r w:rsidRPr="00BA78F4">
        <w:rPr>
          <w:rFonts w:ascii="Times New Roman" w:hAnsi="Times New Roman" w:cs="Times New Roman"/>
          <w:color w:val="auto"/>
          <w:sz w:val="32"/>
          <w:szCs w:val="32"/>
          <w:lang w:val="ru-RU"/>
        </w:rPr>
        <w:t>внутреннего аудита</w:t>
      </w:r>
    </w:p>
    <w:p w14:paraId="79DED225" w14:textId="2A4F35F2" w:rsidR="00F61365" w:rsidRPr="00F61365" w:rsidRDefault="00F61365" w:rsidP="00F61365">
      <w:pPr>
        <w:jc w:val="center"/>
        <w:rPr>
          <w:rFonts w:ascii="Times New Roman" w:eastAsiaTheme="majorEastAsia" w:hAnsi="Times New Roman" w:cs="Times New Roman"/>
          <w:spacing w:val="5"/>
          <w:kern w:val="28"/>
          <w:sz w:val="32"/>
          <w:szCs w:val="32"/>
          <w:lang w:val="ru-RU"/>
        </w:rPr>
      </w:pPr>
      <w:r w:rsidRPr="00F61365">
        <w:rPr>
          <w:rFonts w:ascii="Times New Roman" w:eastAsiaTheme="majorEastAsia" w:hAnsi="Times New Roman" w:cs="Times New Roman"/>
          <w:spacing w:val="5"/>
          <w:kern w:val="28"/>
          <w:sz w:val="32"/>
          <w:szCs w:val="32"/>
          <w:lang w:val="ru-RU"/>
        </w:rPr>
        <w:t>№ ___________ от ____________________</w:t>
      </w:r>
    </w:p>
    <w:p w14:paraId="215F7E00" w14:textId="77777777" w:rsidR="00BA78F4" w:rsidRPr="00A047D7" w:rsidRDefault="00BA78F4" w:rsidP="00BA78F4">
      <w:pPr>
        <w:pStyle w:val="ae"/>
        <w:numPr>
          <w:ilvl w:val="0"/>
          <w:numId w:val="10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A047D7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Дата проведения настоящего внутреннего аудита: ХХ.ХХ.ХХХХ.</w:t>
      </w:r>
    </w:p>
    <w:p w14:paraId="4D087080" w14:textId="1566BCA3" w:rsidR="00BA78F4" w:rsidRPr="00A047D7" w:rsidRDefault="00BA78F4" w:rsidP="00BA78F4">
      <w:pPr>
        <w:pStyle w:val="ae"/>
        <w:numPr>
          <w:ilvl w:val="0"/>
          <w:numId w:val="10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A047D7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Состав аудиторской группы для проведения настоящего внутреннего аудита:</w:t>
      </w:r>
    </w:p>
    <w:p w14:paraId="58F504D7" w14:textId="02F8B92B" w:rsidR="00BA78F4" w:rsidRPr="00A047D7" w:rsidRDefault="00BA78F4" w:rsidP="00BA78F4">
      <w:pPr>
        <w:tabs>
          <w:tab w:val="left" w:pos="176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A047D7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ab/>
        <w:t>Руководитель аудиторской группы:</w:t>
      </w:r>
    </w:p>
    <w:p w14:paraId="7C90D8B3" w14:textId="0F9BEABD" w:rsidR="00BA78F4" w:rsidRPr="00A047D7" w:rsidRDefault="00BA78F4" w:rsidP="00BA78F4">
      <w:pPr>
        <w:tabs>
          <w:tab w:val="left" w:pos="176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</w:pPr>
      <w:r w:rsidRPr="00A047D7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ab/>
      </w:r>
      <w:r w:rsidRPr="00A047D7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ab/>
      </w:r>
      <w:r w:rsidRPr="00A047D7"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  <w:t>Должность</w:t>
      </w:r>
      <w:r w:rsidRPr="00A047D7"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  <w:tab/>
        <w:t>ФИО</w:t>
      </w:r>
    </w:p>
    <w:p w14:paraId="744009C2" w14:textId="6B8907AF" w:rsidR="00BA78F4" w:rsidRPr="00A047D7" w:rsidRDefault="00BA78F4" w:rsidP="00BA78F4">
      <w:pPr>
        <w:tabs>
          <w:tab w:val="left" w:pos="176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A047D7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ab/>
        <w:t>Члены комиссии:</w:t>
      </w:r>
    </w:p>
    <w:p w14:paraId="09A04D44" w14:textId="4344DB12" w:rsidR="00BA78F4" w:rsidRPr="00A047D7" w:rsidRDefault="00BA78F4" w:rsidP="00BA78F4">
      <w:pPr>
        <w:tabs>
          <w:tab w:val="left" w:pos="176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</w:pPr>
      <w:r w:rsidRPr="00A047D7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ab/>
      </w:r>
      <w:r w:rsidRPr="00A047D7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ab/>
      </w:r>
      <w:r w:rsidRPr="00A047D7"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  <w:t>Должность</w:t>
      </w:r>
      <w:r w:rsidRPr="00A047D7"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  <w:tab/>
        <w:t>ФИО</w:t>
      </w:r>
    </w:p>
    <w:p w14:paraId="24952B06" w14:textId="49091844" w:rsidR="00BA78F4" w:rsidRPr="00A047D7" w:rsidRDefault="00BA78F4" w:rsidP="00BA78F4">
      <w:pPr>
        <w:tabs>
          <w:tab w:val="left" w:pos="176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</w:pPr>
      <w:r w:rsidRPr="00A047D7"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  <w:tab/>
      </w:r>
      <w:r w:rsidRPr="00A047D7"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  <w:tab/>
        <w:t>Должность</w:t>
      </w:r>
      <w:r w:rsidRPr="00A047D7"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  <w:tab/>
        <w:t>ФИО</w:t>
      </w:r>
    </w:p>
    <w:p w14:paraId="0001AF00" w14:textId="356A858A" w:rsidR="00A047D7" w:rsidRDefault="00BA78F4" w:rsidP="00A047D7">
      <w:pPr>
        <w:pStyle w:val="aa"/>
        <w:numPr>
          <w:ilvl w:val="0"/>
          <w:numId w:val="10"/>
        </w:numPr>
        <w:pBdr>
          <w:bottom w:val="none" w:sz="0" w:space="0" w:color="auto"/>
        </w:pBdr>
        <w:spacing w:after="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Область аудита: </w:t>
      </w:r>
      <w:r w:rsidR="0089543F">
        <w:rPr>
          <w:rFonts w:ascii="Times New Roman" w:hAnsi="Times New Roman" w:cs="Times New Roman"/>
          <w:color w:val="auto"/>
          <w:sz w:val="24"/>
          <w:szCs w:val="24"/>
          <w:lang w:val="ru-RU"/>
        </w:rPr>
        <w:t>помещения разведения и содержания животных в виварии.</w:t>
      </w:r>
    </w:p>
    <w:p w14:paraId="5D5F5282" w14:textId="069FA613" w:rsidR="00A047D7" w:rsidRPr="00A047D7" w:rsidRDefault="00A047D7" w:rsidP="00A047D7">
      <w:pPr>
        <w:pStyle w:val="aa"/>
        <w:numPr>
          <w:ilvl w:val="0"/>
          <w:numId w:val="10"/>
        </w:numPr>
        <w:pBdr>
          <w:bottom w:val="none" w:sz="0" w:space="0" w:color="auto"/>
        </w:pBdr>
        <w:spacing w:after="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A047D7">
        <w:rPr>
          <w:rFonts w:ascii="Times New Roman" w:hAnsi="Times New Roman" w:cs="Times New Roman"/>
          <w:color w:val="auto"/>
          <w:sz w:val="24"/>
          <w:szCs w:val="24"/>
          <w:lang w:val="ru-RU"/>
        </w:rPr>
        <w:t>Методы проведения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настоящего внутреннего</w:t>
      </w:r>
      <w:r w:rsidRPr="00A047D7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аудита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:</w:t>
      </w:r>
      <w:r w:rsidR="00A731BC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_____________________________________</w:t>
      </w:r>
    </w:p>
    <w:p w14:paraId="6D3D9832" w14:textId="1BFC10C8" w:rsidR="00085AF3" w:rsidRDefault="00BA78F4" w:rsidP="00BA78F4">
      <w:pPr>
        <w:pStyle w:val="aa"/>
        <w:numPr>
          <w:ilvl w:val="0"/>
          <w:numId w:val="10"/>
        </w:numPr>
        <w:pBdr>
          <w:bottom w:val="none" w:sz="0" w:space="0" w:color="auto"/>
        </w:pBdr>
        <w:spacing w:after="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Критерии настоящего внутреннего аудита:</w:t>
      </w:r>
      <w:r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д</w:t>
      </w:r>
      <w:r w:rsidR="00712A0E"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>анный опросный лист предназначен для проведения внутреннего аудита по направлению "</w:t>
      </w:r>
      <w:r w:rsidR="0089543F">
        <w:rPr>
          <w:rFonts w:ascii="Times New Roman" w:hAnsi="Times New Roman" w:cs="Times New Roman"/>
          <w:color w:val="auto"/>
          <w:sz w:val="24"/>
          <w:szCs w:val="24"/>
          <w:lang w:val="ru-RU"/>
        </w:rPr>
        <w:t>Виварий. Помещения содержания и разведения животных</w:t>
      </w:r>
      <w:r w:rsidR="00712A0E"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" в </w:t>
      </w:r>
      <w:r w:rsidR="00712A0E" w:rsidRPr="00A047D7">
        <w:rPr>
          <w:rFonts w:ascii="Times New Roman" w:hAnsi="Times New Roman" w:cs="Times New Roman"/>
          <w:color w:val="auto"/>
          <w:sz w:val="24"/>
          <w:szCs w:val="24"/>
          <w:lang w:val="ru-RU"/>
        </w:rPr>
        <w:t>лаборатории</w:t>
      </w:r>
      <w:r w:rsidR="00712A0E"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и включает вопросы к ответственным лицам, а также анкету для сотрудников, взаимодействующих с </w:t>
      </w:r>
      <w:r w:rsidR="00BB57DB">
        <w:rPr>
          <w:rFonts w:ascii="Times New Roman" w:hAnsi="Times New Roman" w:cs="Times New Roman"/>
          <w:color w:val="auto"/>
          <w:sz w:val="24"/>
          <w:szCs w:val="24"/>
          <w:lang w:val="ru-RU"/>
        </w:rPr>
        <w:t>лабораторной посудой</w:t>
      </w:r>
      <w:r w:rsidR="00712A0E"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. Разработан на основе требований ГОСТ </w:t>
      </w:r>
      <w:r w:rsidR="00712A0E" w:rsidRPr="00BA78F4">
        <w:rPr>
          <w:rFonts w:ascii="Times New Roman" w:hAnsi="Times New Roman" w:cs="Times New Roman"/>
          <w:color w:val="auto"/>
          <w:sz w:val="24"/>
          <w:szCs w:val="24"/>
        </w:rPr>
        <w:t>ISO</w:t>
      </w:r>
      <w:r w:rsidR="00712A0E"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>/</w:t>
      </w:r>
      <w:r w:rsidR="00712A0E" w:rsidRPr="00BA78F4">
        <w:rPr>
          <w:rFonts w:ascii="Times New Roman" w:hAnsi="Times New Roman" w:cs="Times New Roman"/>
          <w:color w:val="auto"/>
          <w:sz w:val="24"/>
          <w:szCs w:val="24"/>
        </w:rPr>
        <w:t>IEC</w:t>
      </w:r>
      <w:r w:rsidR="00712A0E"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17025-2019, приказа Минэкономразвития РФ №70</w:t>
      </w:r>
      <w:r w:rsidR="00BB57DB">
        <w:rPr>
          <w:rFonts w:ascii="Times New Roman" w:hAnsi="Times New Roman" w:cs="Times New Roman"/>
          <w:color w:val="auto"/>
          <w:sz w:val="24"/>
          <w:szCs w:val="24"/>
          <w:lang w:val="ru-RU"/>
        </w:rPr>
        <w:t>7 и</w:t>
      </w:r>
      <w:r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внутренних документов </w:t>
      </w:r>
      <w:r w:rsidRPr="00BA78F4">
        <w:rPr>
          <w:rFonts w:ascii="Times New Roman" w:hAnsi="Times New Roman" w:cs="Times New Roman"/>
          <w:i/>
          <w:iCs/>
          <w:color w:val="auto"/>
          <w:sz w:val="24"/>
          <w:szCs w:val="24"/>
          <w:lang w:val="ru-RU"/>
        </w:rPr>
        <w:t>лаборатории</w:t>
      </w:r>
      <w:r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</w:p>
    <w:p w14:paraId="38A271A0" w14:textId="6CFAA028" w:rsidR="008C6DA8" w:rsidRPr="008C6DA8" w:rsidRDefault="008C6DA8" w:rsidP="008C6DA8">
      <w:pPr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8C6DA8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6. Адрес проведения настоящего внутреннего аудита: ______________________________________</w:t>
      </w:r>
      <w:r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_</w:t>
      </w:r>
    </w:p>
    <w:p w14:paraId="6F049971" w14:textId="21CD86A3" w:rsidR="00085AF3" w:rsidRPr="00BA78F4" w:rsidRDefault="00712A0E" w:rsidP="00BA78F4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BA78F4">
        <w:rPr>
          <w:rFonts w:ascii="Times New Roman" w:hAnsi="Times New Roman" w:cs="Times New Roman"/>
          <w:color w:val="auto"/>
          <w:sz w:val="24"/>
          <w:szCs w:val="24"/>
        </w:rPr>
        <w:t>I</w:t>
      </w:r>
      <w:r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. Вопросы </w:t>
      </w:r>
      <w:r w:rsidR="00BB57DB">
        <w:rPr>
          <w:rFonts w:ascii="Times New Roman" w:hAnsi="Times New Roman" w:cs="Times New Roman"/>
          <w:color w:val="auto"/>
          <w:sz w:val="24"/>
          <w:szCs w:val="24"/>
          <w:lang w:val="ru-RU"/>
        </w:rPr>
        <w:t>для проверки аудитором</w:t>
      </w:r>
    </w:p>
    <w:p w14:paraId="3A671CEB" w14:textId="3839AC24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284" w:hanging="284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Актуален ли перечень допущенных лиц по комнатам (с указанием конкретных помещений) и доступ к нему на посту/у двери?</w:t>
      </w:r>
    </w:p>
    <w:p w14:paraId="674BC731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61257EA9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76790DC1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1D11A8B1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178DAE2F" w14:textId="4981404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758F40DE" w14:textId="25604832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284" w:hanging="284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Работает порядок временного доступа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: ведутся ли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запис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в журнале посетителе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й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0689DCF7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71EEAF0B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6CBE257D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55B12D36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79BE6A0C" w14:textId="092053C0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742F0D1C" w14:textId="5C9B6611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284" w:hanging="284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Описан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л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и порядок незапланированного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допуска в помещения вивария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700AC1EE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67BECAF5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1D7D10D1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61FAE669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50A78925" w14:textId="716624BB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7DA4286D" w14:textId="7318148B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284" w:hanging="284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Утвержден ли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действующий «Режим работы» (окна манипуляций/уборки/тишины)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220204F1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42845AD5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6A9D6994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33E8488E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7DD90E0E" w14:textId="713437BD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02E66EA9" w14:textId="473B756D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284" w:hanging="284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овпадает ли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режим работы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с факт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ическим исполнением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08222312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20A8106E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lastRenderedPageBreak/>
        <w:t>Вывод: соответствует / не соответствует.</w:t>
      </w:r>
    </w:p>
    <w:p w14:paraId="6A8B09D9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7305CB61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4F14A379" w14:textId="40584A9D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072F36F3" w14:textId="58961D0F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284" w:hanging="284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Соблюдается ли «режим тишины» вне окон (замеры шума/наблюдения, отсутствие пылящих работ)?</w:t>
      </w:r>
    </w:p>
    <w:p w14:paraId="09D865FF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4DCD974A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6331DFCD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0B63A739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11E59C72" w14:textId="0912F0D4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15E4FCD9" w14:textId="0BDBE597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284" w:hanging="284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становлены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ли </w:t>
      </w:r>
      <w:proofErr w:type="spellStart"/>
      <w:r w:rsidRPr="00BC66C2">
        <w:rPr>
          <w:rFonts w:ascii="Times New Roman" w:hAnsi="Times New Roman" w:cs="Times New Roman"/>
          <w:sz w:val="24"/>
          <w:szCs w:val="24"/>
          <w:lang w:val="ru-RU"/>
        </w:rPr>
        <w:t>видоспецифичные</w:t>
      </w:r>
      <w:proofErr w:type="spellEnd"/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целевые диапазоны микроклимата (</w:t>
      </w:r>
      <w:r w:rsidRPr="00BC66C2">
        <w:rPr>
          <w:rFonts w:ascii="Times New Roman" w:hAnsi="Times New Roman" w:cs="Times New Roman"/>
          <w:sz w:val="24"/>
          <w:szCs w:val="24"/>
        </w:rPr>
        <w:t>t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°, </w:t>
      </w:r>
      <w:r w:rsidRPr="00BC66C2">
        <w:rPr>
          <w:rFonts w:ascii="Times New Roman" w:hAnsi="Times New Roman" w:cs="Times New Roman"/>
          <w:sz w:val="24"/>
          <w:szCs w:val="24"/>
        </w:rPr>
        <w:t>RH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, освещённость)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2F240C81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15008516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4FFE56C3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6B535266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0E037A79" w14:textId="768D11E8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08605983" w14:textId="5E85C09E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284" w:hanging="284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Д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оступны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ли </w:t>
      </w:r>
      <w:proofErr w:type="spellStart"/>
      <w:r w:rsidRPr="00BC66C2">
        <w:rPr>
          <w:rFonts w:ascii="Times New Roman" w:hAnsi="Times New Roman" w:cs="Times New Roman"/>
          <w:sz w:val="24"/>
          <w:szCs w:val="24"/>
          <w:lang w:val="ru-RU"/>
        </w:rPr>
        <w:t>видоспецифичные</w:t>
      </w:r>
      <w:proofErr w:type="spellEnd"/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нормы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на рабочем месте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для сотрудников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12362FA0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43CDBC54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46BECCFD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20CAE406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4C3B5DCA" w14:textId="229A730D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37457DB5" w14:textId="05B2A7DD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Установлены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ли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независимые датчики </w:t>
      </w:r>
      <w:r w:rsidRPr="00BC66C2">
        <w:rPr>
          <w:rFonts w:ascii="Times New Roman" w:hAnsi="Times New Roman" w:cs="Times New Roman"/>
          <w:sz w:val="24"/>
          <w:szCs w:val="24"/>
        </w:rPr>
        <w:t>t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°/</w:t>
      </w:r>
      <w:r w:rsidRPr="00BC66C2">
        <w:rPr>
          <w:rFonts w:ascii="Times New Roman" w:hAnsi="Times New Roman" w:cs="Times New Roman"/>
          <w:sz w:val="24"/>
          <w:szCs w:val="24"/>
        </w:rPr>
        <w:t>RH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в «зоне стоек»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в верхней зоне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0B139B09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0A2F6F9B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58D93DC9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212435DE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31DE890D" w14:textId="05334411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71C5C54B" w14:textId="220939AE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Ведутся ли записи по микроклимату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24/7?</w:t>
      </w:r>
    </w:p>
    <w:p w14:paraId="6BA3BEE8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03DFBD26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39681FD0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6A995390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56F690D1" w14:textId="1727B5D3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7D44A913" w14:textId="798794D8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Настроены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ли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пороги тревог по </w:t>
      </w:r>
      <w:r w:rsidRPr="00BC66C2">
        <w:rPr>
          <w:rFonts w:ascii="Times New Roman" w:hAnsi="Times New Roman" w:cs="Times New Roman"/>
          <w:sz w:val="24"/>
          <w:szCs w:val="24"/>
        </w:rPr>
        <w:t>t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°/</w:t>
      </w:r>
      <w:r w:rsidRPr="00BC66C2">
        <w:rPr>
          <w:rFonts w:ascii="Times New Roman" w:hAnsi="Times New Roman" w:cs="Times New Roman"/>
          <w:sz w:val="24"/>
          <w:szCs w:val="24"/>
        </w:rPr>
        <w:t>RH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35B5626B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0A8D7F7C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71607F00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1DF523BB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61660F7D" w14:textId="606872CE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2C7D935A" w14:textId="23AE1CC8" w:rsidR="00BC66C2" w:rsidRPr="00BC66C2" w:rsidRDefault="0089543F" w:rsidP="00BC66C2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Д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окументирован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ли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порядок реагирования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на тревогу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(кто, за сколько минут, что делает ночью)?</w:t>
      </w:r>
    </w:p>
    <w:p w14:paraId="1C54A010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758D38FC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45D01E12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5C1E8290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296BED5B" w14:textId="1983A8FA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20B471C4" w14:textId="77BECA5D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Ведется ли ж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урнал ночных перегревов: есть записи, разбор причин, корректирующие действия закрыты?</w:t>
      </w:r>
    </w:p>
    <w:p w14:paraId="75ADEFAC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2CD07D84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556BF74F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29FB810B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lastRenderedPageBreak/>
        <w:t>Требуются ли улучшения: требуются / не требуются</w:t>
      </w:r>
    </w:p>
    <w:p w14:paraId="6D663A28" w14:textId="309259B0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0FEDA35B" w14:textId="1AF5CFD5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Оценена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ли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тепловая нагрузка: расчёт/обоснование кратности/производительности притока/вытяжки?</w:t>
      </w:r>
    </w:p>
    <w:p w14:paraId="39FF5496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135CDCAE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6C8ABF0C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21D02646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6332DF61" w14:textId="49590918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6367BDE5" w14:textId="38401FFE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Приточно-вытяжная вентиляция и кондиционер работают 24/7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07166366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00EFF422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1075790C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05B179C9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0F1816A3" w14:textId="0499CA62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1874C7F8" w14:textId="31EC79C5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кондиционера есть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режим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«без людей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»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682A1C0A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32828B9F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55331107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23211136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58084DD0" w14:textId="469E0C06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0102BCC5" w14:textId="7C24E67E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Задан ли д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ля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каждой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зон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ы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перепад давления (</w:t>
      </w:r>
      <w:proofErr w:type="spellStart"/>
      <w:r w:rsidRPr="00BC66C2">
        <w:rPr>
          <w:rFonts w:ascii="Times New Roman" w:hAnsi="Times New Roman" w:cs="Times New Roman"/>
          <w:sz w:val="24"/>
          <w:szCs w:val="24"/>
          <w:lang w:val="ru-RU"/>
        </w:rPr>
        <w:t>коридор→тамбур→комната→чистый</w:t>
      </w:r>
      <w:proofErr w:type="spellEnd"/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шкаф)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74F69B13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33A81154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51AD8CDF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0A021A30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2EAB7705" w14:textId="0DB34861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417510C2" w14:textId="0045E160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Отображается ли перепад давления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: индикаторы/логгеры на месте, калибровка?</w:t>
      </w:r>
    </w:p>
    <w:p w14:paraId="109605B7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6665E8C9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6EA066C5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1A938828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13E3CB30" w14:textId="28DB3249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62BC69A7" w14:textId="19340384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Доводчики/</w:t>
      </w:r>
      <w:proofErr w:type="spellStart"/>
      <w:r w:rsidRPr="00BC66C2">
        <w:rPr>
          <w:rFonts w:ascii="Times New Roman" w:hAnsi="Times New Roman" w:cs="Times New Roman"/>
          <w:sz w:val="24"/>
          <w:szCs w:val="24"/>
          <w:lang w:val="ru-RU"/>
        </w:rPr>
        <w:t>интерлоки</w:t>
      </w:r>
      <w:proofErr w:type="spellEnd"/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тамбуров исправны; отсутствуют «клинья»/фиксатор открытых дверей; отметка о проверке безопасности дверей?</w:t>
      </w:r>
    </w:p>
    <w:p w14:paraId="3FE5B8EA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6AF3BB34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23619DB2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72EB8D67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7B779FEA" w14:textId="519C9D28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7F93DEBD" w14:textId="0C2F778F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Разведены маршруты чистых и грязных материалов (схема на плане, стрелки/наклейки на полу/дверях), фактическое соблюдение?</w:t>
      </w:r>
    </w:p>
    <w:p w14:paraId="6BC1988A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7D05D699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64069E25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6CEDE74D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140A4EA4" w14:textId="7DCF6A75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6EAD277D" w14:textId="4B9475F3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Организованы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ли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«парковки» для чистой и грязной тележек у входа/выхода комнаты, промаркированы и свободны?</w:t>
      </w:r>
    </w:p>
    <w:p w14:paraId="76D0AFB5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3EF19E93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565D55ED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lastRenderedPageBreak/>
        <w:t>Требуются ли корректирующие действия: требуются / не требуются.</w:t>
      </w:r>
    </w:p>
    <w:p w14:paraId="55B64DD9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197DCB6A" w14:textId="4DD5551F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20C57604" w14:textId="638ED4CD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У станции смены клеток выделены зоны </w:t>
      </w:r>
      <w:r w:rsidRPr="00BC66C2">
        <w:rPr>
          <w:rFonts w:ascii="Times New Roman" w:hAnsi="Times New Roman" w:cs="Times New Roman"/>
          <w:sz w:val="24"/>
          <w:szCs w:val="24"/>
        </w:rPr>
        <w:t>C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BC66C2">
        <w:rPr>
          <w:rFonts w:ascii="Times New Roman" w:hAnsi="Times New Roman" w:cs="Times New Roman"/>
          <w:sz w:val="24"/>
          <w:szCs w:val="24"/>
        </w:rPr>
        <w:t>W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BC66C2">
        <w:rPr>
          <w:rFonts w:ascii="Times New Roman" w:hAnsi="Times New Roman" w:cs="Times New Roman"/>
          <w:sz w:val="24"/>
          <w:szCs w:val="24"/>
        </w:rPr>
        <w:t>D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r w:rsidRPr="00BC66C2">
        <w:rPr>
          <w:rFonts w:ascii="Times New Roman" w:hAnsi="Times New Roman" w:cs="Times New Roman"/>
          <w:sz w:val="24"/>
          <w:szCs w:val="24"/>
        </w:rPr>
        <w:t>Clean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BC66C2">
        <w:rPr>
          <w:rFonts w:ascii="Times New Roman" w:hAnsi="Times New Roman" w:cs="Times New Roman"/>
          <w:sz w:val="24"/>
          <w:szCs w:val="24"/>
        </w:rPr>
        <w:t>Work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BC66C2">
        <w:rPr>
          <w:rFonts w:ascii="Times New Roman" w:hAnsi="Times New Roman" w:cs="Times New Roman"/>
          <w:sz w:val="24"/>
          <w:szCs w:val="24"/>
        </w:rPr>
        <w:t>Dirty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), хватает площадей/поверхностей, маркировка присутствует?</w:t>
      </w:r>
    </w:p>
    <w:p w14:paraId="5B7FAF75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4C7B0168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25F1CDD2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4871BF5D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7986B7A7" w14:textId="4EC736F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79FB45B3" w14:textId="026E978A" w:rsidR="0089543F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Соблюдены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ли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сервисные проходы и зазоры вокруг </w:t>
      </w:r>
      <w:r w:rsidRPr="00BC66C2">
        <w:rPr>
          <w:rFonts w:ascii="Times New Roman" w:hAnsi="Times New Roman" w:cs="Times New Roman"/>
          <w:sz w:val="24"/>
          <w:szCs w:val="24"/>
        </w:rPr>
        <w:t>IVC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(доступ к коммуникациям, теплоотвод, пожарные зазоры до спринклеров/потолка)?</w:t>
      </w:r>
    </w:p>
    <w:p w14:paraId="574AEA22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700508F1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0C3509A7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69C00822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67B82B73" w14:textId="0704F099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4B23C7D3" w14:textId="13DFDB17" w:rsidR="00E029E1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Ведётся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ли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029E1"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актуальный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реестр клеток: модель → площадь пола (см²) → допустимые сценарии (содержание/разведение и т.п.)?</w:t>
      </w:r>
    </w:p>
    <w:p w14:paraId="321C3621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7F556D0C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0B455621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7E05F1B2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0DE4BC1A" w14:textId="45164555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0F724E35" w14:textId="1B644FF4" w:rsidR="00E029E1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Плотность посадки контролируется по реестру</w:t>
      </w:r>
      <w:r w:rsidR="00E029E1" w:rsidRPr="00BC66C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1694504B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52D905AB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6ABB4257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2CECFFEA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725C07BF" w14:textId="1B227499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64888D9C" w14:textId="34F69760" w:rsidR="00E029E1" w:rsidRPr="00BC66C2" w:rsidRDefault="00E029E1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В документах СМ о</w:t>
      </w:r>
      <w:r w:rsidR="0089543F"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писаны 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ли </w:t>
      </w:r>
      <w:r w:rsidR="0089543F" w:rsidRPr="00BC66C2">
        <w:rPr>
          <w:rFonts w:ascii="Times New Roman" w:hAnsi="Times New Roman" w:cs="Times New Roman"/>
          <w:sz w:val="24"/>
          <w:szCs w:val="24"/>
          <w:lang w:val="ru-RU"/>
        </w:rPr>
        <w:t>критерии ранней рассадки/отъёма; есть записи по фактическим решениям?</w:t>
      </w:r>
    </w:p>
    <w:p w14:paraId="5CE89AB3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6283A04A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6EA919DC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68520B19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731A0FFE" w14:textId="2E80B9CA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739CCAC0" w14:textId="7E680962" w:rsidR="00E029E1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Бирки клеток: полный состав реквизитов по статусу (</w:t>
      </w:r>
      <w:r w:rsidRPr="00BC66C2">
        <w:rPr>
          <w:rFonts w:ascii="Times New Roman" w:hAnsi="Times New Roman" w:cs="Times New Roman"/>
          <w:sz w:val="24"/>
          <w:szCs w:val="24"/>
        </w:rPr>
        <w:t>ID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линии, случка/окот, ожидаемая дата, помёт, пометки, ФИО), читаемость/цветовой код?</w:t>
      </w:r>
    </w:p>
    <w:p w14:paraId="2D2F5C47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0CF3CD2A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00126EAC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5E2C689E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783CF70C" w14:textId="68B64EB6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52E36AE2" w14:textId="1479D2B5" w:rsidR="00E029E1" w:rsidRPr="00BC66C2" w:rsidRDefault="00E029E1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Есть ли п</w:t>
      </w:r>
      <w:r w:rsidR="0089543F" w:rsidRPr="00BC66C2">
        <w:rPr>
          <w:rFonts w:ascii="Times New Roman" w:hAnsi="Times New Roman" w:cs="Times New Roman"/>
          <w:sz w:val="24"/>
          <w:szCs w:val="24"/>
          <w:lang w:val="ru-RU"/>
        </w:rPr>
        <w:t>рослеживаемость «ясли ↔ материнская клетка»?</w:t>
      </w:r>
    </w:p>
    <w:p w14:paraId="59CD9B8D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3FD55048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7575AEBF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3EBDD85D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2095362F" w14:textId="14222EBF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6617213B" w14:textId="6FD6F536" w:rsidR="00E029E1" w:rsidRPr="00BC66C2" w:rsidRDefault="00E029E1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Ведется ли е</w:t>
      </w:r>
      <w:r w:rsidR="0089543F" w:rsidRPr="00BC66C2">
        <w:rPr>
          <w:rFonts w:ascii="Times New Roman" w:hAnsi="Times New Roman" w:cs="Times New Roman"/>
          <w:sz w:val="24"/>
          <w:szCs w:val="24"/>
          <w:lang w:val="ru-RU"/>
        </w:rPr>
        <w:t>жедневный обход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1E5CE41E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lastRenderedPageBreak/>
        <w:t>Фактическое состояние: _______________________________________________________</w:t>
      </w:r>
    </w:p>
    <w:p w14:paraId="6CA80E77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063FD495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59CB1A97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248A1C7F" w14:textId="5FC7F11D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173A39C4" w14:textId="22FA2E2E" w:rsidR="00E029E1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Умывальник у входа: «без рук» смеситель (локтевой/сенсор/педаль), мыло и антисептик раздельно, одноразовые полотенца, плакат по гигиене?</w:t>
      </w:r>
    </w:p>
    <w:p w14:paraId="50E49CCD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6D604581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21574852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2C7E3F57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72CA5CB8" w14:textId="0250C660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15D35994" w14:textId="375DD4D7" w:rsidR="00E029E1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Отходы: на месте контейнер(ы) класса А, при необходимости Б/В/Г; верная маркировка мешков/жёстких контейнеров; контейнер для острых</w:t>
      </w:r>
      <w:r w:rsidR="00E029E1"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предметов?</w:t>
      </w:r>
    </w:p>
    <w:p w14:paraId="2F939408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4BA2D34B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4090BCA9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0BA28620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25BB126D" w14:textId="75002E39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1A000F09" w14:textId="528FC407" w:rsidR="00E029E1" w:rsidRPr="00BC66C2" w:rsidRDefault="00E029E1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Заключен ли действующий д</w:t>
      </w:r>
      <w:r w:rsidR="0089543F" w:rsidRPr="00BC66C2">
        <w:rPr>
          <w:rFonts w:ascii="Times New Roman" w:hAnsi="Times New Roman" w:cs="Times New Roman"/>
          <w:sz w:val="24"/>
          <w:szCs w:val="24"/>
          <w:lang w:val="ru-RU"/>
        </w:rPr>
        <w:t>оговор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на вывоз мусора?</w:t>
      </w:r>
    </w:p>
    <w:p w14:paraId="088C0E14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0004BB55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509369D8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425065A0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70602A6A" w14:textId="215790E1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0280E1B2" w14:textId="561EAD26" w:rsidR="00E029E1" w:rsidRPr="00BC66C2" w:rsidRDefault="00E029E1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М</w:t>
      </w:r>
      <w:r w:rsidR="0089543F" w:rsidRPr="00BC66C2">
        <w:rPr>
          <w:rFonts w:ascii="Times New Roman" w:hAnsi="Times New Roman" w:cs="Times New Roman"/>
          <w:sz w:val="24"/>
          <w:szCs w:val="24"/>
          <w:lang w:val="ru-RU"/>
        </w:rPr>
        <w:t>есто временного хранения соответствует класс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у?</w:t>
      </w:r>
    </w:p>
    <w:p w14:paraId="0F2BFBB2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25639164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77CD65DE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1DC9ECDD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71E57460" w14:textId="66908D76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1EE936E8" w14:textId="1CCEA919" w:rsidR="00E029E1" w:rsidRPr="00BC66C2" w:rsidRDefault="00E029E1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Ведется ли</w:t>
      </w:r>
      <w:r w:rsidR="0089543F"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журнал наполнения/опорожнения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отходов вивария</w:t>
      </w:r>
      <w:r w:rsidR="0089543F" w:rsidRPr="00BC66C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1488D0CD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5FBF047D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3E1C1C35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5772ED34" w14:textId="77777777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3F39DBD4" w14:textId="6F02B676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 _________________________________________________________________</w:t>
      </w:r>
    </w:p>
    <w:p w14:paraId="19D88555" w14:textId="11ED5A72" w:rsidR="00BC66C2" w:rsidRPr="00BC66C2" w:rsidRDefault="0089543F" w:rsidP="00BC66C2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Хранение корма: герметичные ёмкости с маркировкой партий, журнал поступления/расхода; помещение/шкаф соответствует требованиям, контроль пылевыделения предусмотрен?</w:t>
      </w:r>
    </w:p>
    <w:p w14:paraId="67B9427E" w14:textId="77777777" w:rsidR="00BC66C2" w:rsidRPr="00BC66C2" w:rsidRDefault="00BC66C2" w:rsidP="00BC66C2">
      <w:pPr>
        <w:spacing w:after="0" w:line="240" w:lineRule="auto"/>
        <w:contextualSpacing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4938BF81" w14:textId="77777777" w:rsidR="00BC66C2" w:rsidRPr="00BC66C2" w:rsidRDefault="00BC66C2" w:rsidP="00BC66C2">
      <w:pPr>
        <w:spacing w:after="0" w:line="240" w:lineRule="auto"/>
        <w:contextualSpacing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211788A3" w14:textId="77777777" w:rsidR="00BC66C2" w:rsidRPr="00BC66C2" w:rsidRDefault="00BC66C2" w:rsidP="00BC66C2">
      <w:pPr>
        <w:spacing w:after="0" w:line="240" w:lineRule="auto"/>
        <w:contextualSpacing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1EE1A7B7" w14:textId="77777777" w:rsidR="00BC66C2" w:rsidRPr="00BC66C2" w:rsidRDefault="00BC66C2" w:rsidP="00BC66C2">
      <w:pPr>
        <w:spacing w:after="0" w:line="240" w:lineRule="auto"/>
        <w:contextualSpacing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59B391AB" w14:textId="06B9B12C" w:rsidR="00BC66C2" w:rsidRPr="00BC66C2" w:rsidRDefault="00BC66C2" w:rsidP="00BC66C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_________________________________________________________________</w:t>
      </w:r>
    </w:p>
    <w:p w14:paraId="1E70C076" w14:textId="77777777" w:rsidR="00BC66C2" w:rsidRPr="00BC66C2" w:rsidRDefault="0089543F" w:rsidP="00BC66C2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Уборочный инвентарь: раздельный по зонам, промаркирован (цвет/надпись), хранится в выделенном месте?</w:t>
      </w:r>
      <w:r w:rsidR="00BC66C2"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 xml:space="preserve"> </w:t>
      </w:r>
    </w:p>
    <w:p w14:paraId="63EA74A3" w14:textId="227FDDE8" w:rsidR="00BC66C2" w:rsidRPr="00BC66C2" w:rsidRDefault="00BC66C2" w:rsidP="00BC66C2">
      <w:pPr>
        <w:spacing w:after="0" w:line="240" w:lineRule="auto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34897312" w14:textId="77777777" w:rsidR="00BC66C2" w:rsidRPr="00BC66C2" w:rsidRDefault="00BC66C2" w:rsidP="00BC66C2">
      <w:pPr>
        <w:spacing w:after="0" w:line="240" w:lineRule="auto"/>
        <w:contextualSpacing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18105BEC" w14:textId="77777777" w:rsidR="00BC66C2" w:rsidRPr="00BC66C2" w:rsidRDefault="00BC66C2" w:rsidP="00BC66C2">
      <w:pPr>
        <w:spacing w:after="0" w:line="240" w:lineRule="auto"/>
        <w:contextualSpacing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46A3332B" w14:textId="77777777" w:rsidR="00BC66C2" w:rsidRPr="00BC66C2" w:rsidRDefault="00BC66C2" w:rsidP="00BC66C2">
      <w:pPr>
        <w:spacing w:after="0" w:line="240" w:lineRule="auto"/>
        <w:contextualSpacing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154B60B7" w14:textId="0B5B625F" w:rsidR="00E029E1" w:rsidRPr="00BC66C2" w:rsidRDefault="00BC66C2" w:rsidP="00BC66C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_________________________________________________________________</w:t>
      </w:r>
    </w:p>
    <w:p w14:paraId="1F7D125B" w14:textId="680D41CF" w:rsidR="00E029E1" w:rsidRPr="00BC66C2" w:rsidRDefault="0089543F" w:rsidP="0089543F">
      <w:pPr>
        <w:pStyle w:val="ae"/>
        <w:numPr>
          <w:ilvl w:val="0"/>
          <w:numId w:val="26"/>
        </w:numPr>
        <w:spacing w:after="0" w:line="240" w:lineRule="auto"/>
        <w:ind w:left="426" w:hanging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lastRenderedPageBreak/>
        <w:t>Компетентность персонала: программы обучения/инструктажи</w:t>
      </w:r>
      <w:r w:rsidR="00E029E1" w:rsidRPr="00BC66C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0DD17DC6" w14:textId="67668ADF" w:rsidR="00BC66C2" w:rsidRPr="00BC66C2" w:rsidRDefault="00E029E1" w:rsidP="00BC66C2">
      <w:pPr>
        <w:spacing w:after="0" w:line="240" w:lineRule="auto"/>
        <w:contextualSpacing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hAnsi="Times New Roman" w:cs="Times New Roman"/>
          <w:sz w:val="24"/>
          <w:szCs w:val="24"/>
          <w:lang w:val="ru-RU"/>
        </w:rPr>
        <w:t>З</w:t>
      </w:r>
      <w:r w:rsidR="0089543F" w:rsidRPr="00BC66C2">
        <w:rPr>
          <w:rFonts w:ascii="Times New Roman" w:hAnsi="Times New Roman" w:cs="Times New Roman"/>
          <w:sz w:val="24"/>
          <w:szCs w:val="24"/>
          <w:lang w:val="ru-RU"/>
        </w:rPr>
        <w:t>акрыт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ы ли</w:t>
      </w:r>
      <w:r w:rsidR="0089543F"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предыдущих несоответстви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>я?</w:t>
      </w:r>
      <w:r w:rsidR="00BC66C2"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 xml:space="preserve"> </w:t>
      </w:r>
      <w:r w:rsidR="00BC66C2"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Фактическое состояние: _______________________________________________________</w:t>
      </w:r>
    </w:p>
    <w:p w14:paraId="38D2DFDC" w14:textId="77777777" w:rsidR="00BC66C2" w:rsidRPr="00BC66C2" w:rsidRDefault="00BC66C2" w:rsidP="00BC66C2">
      <w:pPr>
        <w:spacing w:after="0" w:line="240" w:lineRule="auto"/>
        <w:contextualSpacing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Вывод: соответствует / не соответствует.</w:t>
      </w:r>
    </w:p>
    <w:p w14:paraId="0CE2C6FA" w14:textId="77777777" w:rsidR="00BC66C2" w:rsidRPr="00BC66C2" w:rsidRDefault="00BC66C2" w:rsidP="00BC66C2">
      <w:pPr>
        <w:spacing w:after="0" w:line="240" w:lineRule="auto"/>
        <w:contextualSpacing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72F8264E" w14:textId="77777777" w:rsidR="00BC66C2" w:rsidRPr="00BC66C2" w:rsidRDefault="00BC66C2" w:rsidP="00BC66C2">
      <w:pPr>
        <w:spacing w:after="0" w:line="240" w:lineRule="auto"/>
        <w:contextualSpacing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Требуются ли улучшения: требуются / не требуются</w:t>
      </w:r>
    </w:p>
    <w:p w14:paraId="34E27519" w14:textId="77777777" w:rsidR="00BC66C2" w:rsidRPr="00BC66C2" w:rsidRDefault="00BC66C2" w:rsidP="00BC66C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C66C2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Примечания:</w:t>
      </w:r>
      <w:r w:rsidRPr="00BC66C2">
        <w:rPr>
          <w:rFonts w:ascii="Times New Roman" w:hAnsi="Times New Roman" w:cs="Times New Roman"/>
          <w:sz w:val="24"/>
          <w:szCs w:val="24"/>
          <w:lang w:val="ru-RU"/>
        </w:rPr>
        <w:t xml:space="preserve"> _________________________________________________________________</w:t>
      </w:r>
    </w:p>
    <w:p w14:paraId="38A77CC5" w14:textId="6EB3162C" w:rsidR="0089543F" w:rsidRPr="00BC66C2" w:rsidRDefault="0089543F" w:rsidP="00BC66C2">
      <w:pPr>
        <w:pStyle w:val="ae"/>
        <w:spacing w:after="0" w:line="240" w:lineRule="auto"/>
        <w:ind w:left="426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</w:p>
    <w:p w14:paraId="0613FBDC" w14:textId="77777777" w:rsidR="00BB57DB" w:rsidRDefault="00BB57DB" w:rsidP="0089543F">
      <w:pPr>
        <w:pStyle w:val="a"/>
        <w:numPr>
          <w:ilvl w:val="0"/>
          <w:numId w:val="0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28BA19" w14:textId="2FC079F8" w:rsidR="004D7019" w:rsidRDefault="004D7019" w:rsidP="00BD1C71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Прочие несоответствия, обнаруженные в ходе проведения настоящего внутреннего аудита:</w:t>
      </w:r>
    </w:p>
    <w:p w14:paraId="2CE58D86" w14:textId="06844488" w:rsidR="004D7019" w:rsidRDefault="004D7019" w:rsidP="00BD1C71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_____________________________________________________________________________</w:t>
      </w:r>
    </w:p>
    <w:p w14:paraId="1B45CD15" w14:textId="378CEA83" w:rsidR="004D7019" w:rsidRDefault="004D7019" w:rsidP="00BD1C71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Прочие предложения по улучшению:</w:t>
      </w:r>
    </w:p>
    <w:p w14:paraId="340D6E12" w14:textId="43E8F01A" w:rsidR="004D7019" w:rsidRPr="00BD1C71" w:rsidRDefault="004D7019" w:rsidP="00BD1C71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_____________________________________________________________________________</w:t>
      </w:r>
    </w:p>
    <w:p w14:paraId="2214EF48" w14:textId="77777777" w:rsidR="008C6DA8" w:rsidRDefault="008C6DA8" w:rsidP="00F61365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ACFDDF9" w14:textId="77777777" w:rsidR="008C6DA8" w:rsidRDefault="008C6DA8" w:rsidP="00F61365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7E95C51" w14:textId="182C6949" w:rsidR="00F61365" w:rsidRDefault="00F61365" w:rsidP="00F61365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365">
        <w:rPr>
          <w:rFonts w:ascii="Times New Roman" w:hAnsi="Times New Roman" w:cs="Times New Roman"/>
          <w:sz w:val="24"/>
          <w:szCs w:val="24"/>
          <w:lang w:val="ru-RU"/>
        </w:rPr>
        <w:t xml:space="preserve">ФИО проверяющего внутреннего аудитора: ___________________________ </w:t>
      </w:r>
      <w:r w:rsidRPr="00F61365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61365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6E873FFA" w14:textId="77777777" w:rsidR="00F61365" w:rsidRPr="00BA78F4" w:rsidRDefault="00F61365" w:rsidP="00F61365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365">
        <w:rPr>
          <w:rFonts w:ascii="Times New Roman" w:hAnsi="Times New Roman" w:cs="Times New Roman"/>
          <w:sz w:val="24"/>
          <w:szCs w:val="24"/>
          <w:lang w:val="ru-RU"/>
        </w:rPr>
        <w:t xml:space="preserve">Подпись: ___________________ </w:t>
      </w:r>
      <w:r w:rsidRPr="00F61365"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61365">
        <w:rPr>
          <w:rFonts w:ascii="Times New Roman" w:hAnsi="Times New Roman" w:cs="Times New Roman"/>
          <w:sz w:val="24"/>
          <w:szCs w:val="24"/>
          <w:lang w:val="ru-RU"/>
        </w:rPr>
        <w:t>Дата:_____________</w:t>
      </w:r>
    </w:p>
    <w:p w14:paraId="3201E446" w14:textId="76637493" w:rsidR="00085AF3" w:rsidRDefault="00712A0E" w:rsidP="00D93361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D93361">
        <w:rPr>
          <w:rFonts w:ascii="Times New Roman" w:hAnsi="Times New Roman" w:cs="Times New Roman"/>
          <w:color w:val="auto"/>
          <w:sz w:val="24"/>
          <w:szCs w:val="24"/>
        </w:rPr>
        <w:t>II</w:t>
      </w:r>
      <w:r w:rsidRPr="00D93361">
        <w:rPr>
          <w:rFonts w:ascii="Times New Roman" w:hAnsi="Times New Roman" w:cs="Times New Roman"/>
          <w:color w:val="auto"/>
          <w:sz w:val="24"/>
          <w:szCs w:val="24"/>
          <w:lang w:val="ru-RU"/>
        </w:rPr>
        <w:t>. Анкета для сотрудников лаборатории</w:t>
      </w:r>
    </w:p>
    <w:p w14:paraId="3C040DE7" w14:textId="77777777" w:rsidR="00120775" w:rsidRPr="00120775" w:rsidRDefault="00120775" w:rsidP="00120775">
      <w:pPr>
        <w:rPr>
          <w:lang w:val="ru-RU"/>
        </w:rPr>
      </w:pPr>
    </w:p>
    <w:p w14:paraId="2E30C7FB" w14:textId="1E2EB9D6" w:rsidR="00120775" w:rsidRDefault="00120775" w:rsidP="00BA78F4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20775">
        <w:rPr>
          <w:rFonts w:ascii="Times New Roman" w:hAnsi="Times New Roman" w:cs="Times New Roman"/>
          <w:sz w:val="24"/>
          <w:szCs w:val="24"/>
          <w:lang w:val="ru-RU"/>
        </w:rPr>
        <w:t>Настоящий раздел содержит перечень вопросов в формате анкетирования, адресованных сотрудникам лаборатории. Заполненные анкеты являются неотъемлемой частью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настоящего</w:t>
      </w:r>
      <w:r w:rsidRPr="00120775">
        <w:rPr>
          <w:rFonts w:ascii="Times New Roman" w:hAnsi="Times New Roman" w:cs="Times New Roman"/>
          <w:sz w:val="24"/>
          <w:szCs w:val="24"/>
          <w:lang w:val="ru-RU"/>
        </w:rPr>
        <w:t xml:space="preserve"> внутреннего аудита и подлежат обязательному приобщению к итоговым материалам по его результатам.</w:t>
      </w:r>
    </w:p>
    <w:p w14:paraId="41E40F46" w14:textId="32CFB200" w:rsidR="00DE13CC" w:rsidRPr="00EA3A9D" w:rsidRDefault="00DE13CC" w:rsidP="00EA3A9D">
      <w:pPr>
        <w:pStyle w:val="a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E13CC">
        <w:rPr>
          <w:rFonts w:ascii="Times New Roman" w:hAnsi="Times New Roman" w:cs="Times New Roman"/>
          <w:sz w:val="24"/>
          <w:szCs w:val="24"/>
          <w:lang w:val="ru-RU"/>
        </w:rPr>
        <w:t xml:space="preserve">В каком порядке </w:t>
      </w:r>
      <w:r w:rsidR="00EA3A9D">
        <w:rPr>
          <w:rFonts w:ascii="Times New Roman" w:hAnsi="Times New Roman" w:cs="Times New Roman"/>
          <w:sz w:val="24"/>
          <w:szCs w:val="24"/>
          <w:lang w:val="ru-RU"/>
        </w:rPr>
        <w:t xml:space="preserve">требуется входить </w:t>
      </w:r>
      <w:r w:rsidRPr="00DE13CC">
        <w:rPr>
          <w:rFonts w:ascii="Times New Roman" w:hAnsi="Times New Roman" w:cs="Times New Roman"/>
          <w:sz w:val="24"/>
          <w:szCs w:val="24"/>
          <w:lang w:val="ru-RU"/>
        </w:rPr>
        <w:t>в комнату содержания</w:t>
      </w:r>
      <w:r w:rsidR="00EA3A9D">
        <w:rPr>
          <w:rFonts w:ascii="Times New Roman" w:hAnsi="Times New Roman" w:cs="Times New Roman"/>
          <w:sz w:val="24"/>
          <w:szCs w:val="24"/>
          <w:lang w:val="ru-RU"/>
        </w:rPr>
        <w:t xml:space="preserve"> животных</w:t>
      </w:r>
      <w:r w:rsidRPr="00DE13CC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0A866983" w14:textId="77777777" w:rsidR="00EA3A9D" w:rsidRDefault="00DE13CC" w:rsidP="00EA3A9D">
      <w:pPr>
        <w:pStyle w:val="a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E13CC">
        <w:rPr>
          <w:rFonts w:ascii="Times New Roman" w:hAnsi="Times New Roman" w:cs="Times New Roman"/>
          <w:sz w:val="24"/>
          <w:szCs w:val="24"/>
          <w:lang w:val="ru-RU"/>
        </w:rPr>
        <w:t>Когда используе</w:t>
      </w:r>
      <w:r w:rsidR="00EA3A9D">
        <w:rPr>
          <w:rFonts w:ascii="Times New Roman" w:hAnsi="Times New Roman" w:cs="Times New Roman"/>
          <w:sz w:val="24"/>
          <w:szCs w:val="24"/>
          <w:lang w:val="ru-RU"/>
        </w:rPr>
        <w:t>тся</w:t>
      </w:r>
      <w:r w:rsidRPr="00DE13CC">
        <w:rPr>
          <w:rFonts w:ascii="Times New Roman" w:hAnsi="Times New Roman" w:cs="Times New Roman"/>
          <w:sz w:val="24"/>
          <w:szCs w:val="24"/>
          <w:lang w:val="ru-RU"/>
        </w:rPr>
        <w:t xml:space="preserve"> МЫЛО, а когда АНТИСЕПТИК?</w:t>
      </w:r>
    </w:p>
    <w:p w14:paraId="32B8BD68" w14:textId="3578CF55" w:rsidR="00DE13CC" w:rsidRPr="00EA3A9D" w:rsidRDefault="00DE13CC" w:rsidP="0010244A">
      <w:pPr>
        <w:pStyle w:val="a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3A9D">
        <w:rPr>
          <w:rFonts w:ascii="Times New Roman" w:hAnsi="Times New Roman" w:cs="Times New Roman"/>
          <w:sz w:val="24"/>
          <w:szCs w:val="24"/>
          <w:lang w:val="ru-RU"/>
        </w:rPr>
        <w:t xml:space="preserve">Что обязательно должно быть на бирке клетки у </w:t>
      </w:r>
      <w:proofErr w:type="spellStart"/>
      <w:r w:rsidRPr="00EA3A9D">
        <w:rPr>
          <w:rFonts w:ascii="Times New Roman" w:hAnsi="Times New Roman" w:cs="Times New Roman"/>
          <w:sz w:val="24"/>
          <w:szCs w:val="24"/>
          <w:lang w:val="ru-RU"/>
        </w:rPr>
        <w:t>лактирующей</w:t>
      </w:r>
      <w:proofErr w:type="spellEnd"/>
      <w:r w:rsidRPr="00EA3A9D">
        <w:rPr>
          <w:rFonts w:ascii="Times New Roman" w:hAnsi="Times New Roman" w:cs="Times New Roman"/>
          <w:sz w:val="24"/>
          <w:szCs w:val="24"/>
          <w:lang w:val="ru-RU"/>
        </w:rPr>
        <w:t xml:space="preserve"> самки? </w:t>
      </w:r>
    </w:p>
    <w:p w14:paraId="744714A5" w14:textId="4C5DA5EB" w:rsidR="00DE13CC" w:rsidRPr="00DE13CC" w:rsidRDefault="00DE13CC" w:rsidP="00DE13CC">
      <w:pPr>
        <w:pStyle w:val="a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E13CC">
        <w:rPr>
          <w:rFonts w:ascii="Times New Roman" w:hAnsi="Times New Roman" w:cs="Times New Roman"/>
          <w:sz w:val="24"/>
          <w:szCs w:val="24"/>
          <w:lang w:val="ru-RU"/>
        </w:rPr>
        <w:t>Что</w:t>
      </w:r>
      <w:r w:rsidR="00EA3A9D">
        <w:rPr>
          <w:rFonts w:ascii="Times New Roman" w:hAnsi="Times New Roman" w:cs="Times New Roman"/>
          <w:sz w:val="24"/>
          <w:szCs w:val="24"/>
          <w:lang w:val="ru-RU"/>
        </w:rPr>
        <w:t xml:space="preserve"> необходимо делать</w:t>
      </w:r>
      <w:r w:rsidRPr="00DE13CC">
        <w:rPr>
          <w:rFonts w:ascii="Times New Roman" w:hAnsi="Times New Roman" w:cs="Times New Roman"/>
          <w:sz w:val="24"/>
          <w:szCs w:val="24"/>
          <w:lang w:val="ru-RU"/>
        </w:rPr>
        <w:t xml:space="preserve"> при признаках перегрева (тёплый верх стоек, животные распластаны, «тяжёлый» воздух)?</w:t>
      </w:r>
    </w:p>
    <w:p w14:paraId="5A74FA5D" w14:textId="77777777" w:rsidR="00DE13CC" w:rsidRPr="00DE13CC" w:rsidRDefault="00DE13CC" w:rsidP="00DE13CC">
      <w:pPr>
        <w:pStyle w:val="a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E13CC">
        <w:rPr>
          <w:rFonts w:ascii="Times New Roman" w:hAnsi="Times New Roman" w:cs="Times New Roman"/>
          <w:sz w:val="24"/>
          <w:szCs w:val="24"/>
          <w:lang w:val="ru-RU"/>
        </w:rPr>
        <w:t>Какой маршрут у грязной тележки/клеток после работы?</w:t>
      </w:r>
    </w:p>
    <w:p w14:paraId="7B1C8C17" w14:textId="6555F3FE" w:rsidR="00DE13CC" w:rsidRPr="00EA3A9D" w:rsidRDefault="00DE13CC" w:rsidP="00EA3A9D">
      <w:pPr>
        <w:pStyle w:val="a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E13CC">
        <w:rPr>
          <w:rFonts w:ascii="Times New Roman" w:hAnsi="Times New Roman" w:cs="Times New Roman"/>
          <w:sz w:val="24"/>
          <w:szCs w:val="24"/>
          <w:lang w:val="ru-RU"/>
        </w:rPr>
        <w:t>На станции смены клеток где</w:t>
      </w:r>
      <w:r w:rsidR="00EA3A9D">
        <w:rPr>
          <w:rFonts w:ascii="Times New Roman" w:hAnsi="Times New Roman" w:cs="Times New Roman"/>
          <w:sz w:val="24"/>
          <w:szCs w:val="24"/>
          <w:lang w:val="ru-RU"/>
        </w:rPr>
        <w:t xml:space="preserve">-что </w:t>
      </w:r>
      <w:r w:rsidRPr="00DE13CC">
        <w:rPr>
          <w:rFonts w:ascii="Times New Roman" w:hAnsi="Times New Roman" w:cs="Times New Roman"/>
          <w:sz w:val="24"/>
          <w:szCs w:val="24"/>
          <w:lang w:val="ru-RU"/>
        </w:rPr>
        <w:t xml:space="preserve">«лежит»? </w:t>
      </w:r>
    </w:p>
    <w:p w14:paraId="6631455B" w14:textId="469154FC" w:rsidR="00DE13CC" w:rsidRPr="00EA3A9D" w:rsidRDefault="00EA3A9D" w:rsidP="00EA3A9D">
      <w:pPr>
        <w:pStyle w:val="a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Назовите д</w:t>
      </w:r>
      <w:r w:rsidR="00DE13CC" w:rsidRPr="00DE13CC">
        <w:rPr>
          <w:rFonts w:ascii="Times New Roman" w:hAnsi="Times New Roman" w:cs="Times New Roman"/>
          <w:sz w:val="24"/>
          <w:szCs w:val="24"/>
          <w:lang w:val="ru-RU"/>
        </w:rPr>
        <w:t xml:space="preserve">ва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любых </w:t>
      </w:r>
      <w:r w:rsidR="00DE13CC" w:rsidRPr="00DE13CC">
        <w:rPr>
          <w:rFonts w:ascii="Times New Roman" w:hAnsi="Times New Roman" w:cs="Times New Roman"/>
          <w:sz w:val="24"/>
          <w:szCs w:val="24"/>
          <w:lang w:val="ru-RU"/>
        </w:rPr>
        <w:t>признака, что плотность посадки/состояние клетки требует рассадки/уборки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B3E9399" w14:textId="240DA235" w:rsidR="00DE13CC" w:rsidRPr="00DE13CC" w:rsidRDefault="00DE13CC" w:rsidP="00DE13CC">
      <w:pPr>
        <w:pStyle w:val="a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E13CC">
        <w:rPr>
          <w:rFonts w:ascii="Times New Roman" w:hAnsi="Times New Roman" w:cs="Times New Roman"/>
          <w:sz w:val="24"/>
          <w:szCs w:val="24"/>
          <w:lang w:val="ru-RU"/>
        </w:rPr>
        <w:t xml:space="preserve">Маркировка корма: что </w:t>
      </w:r>
      <w:r w:rsidR="00EA3A9D">
        <w:rPr>
          <w:rFonts w:ascii="Times New Roman" w:hAnsi="Times New Roman" w:cs="Times New Roman"/>
          <w:sz w:val="24"/>
          <w:szCs w:val="24"/>
          <w:lang w:val="ru-RU"/>
        </w:rPr>
        <w:t>должно быть указанно</w:t>
      </w:r>
      <w:r w:rsidRPr="00DE13CC">
        <w:rPr>
          <w:rFonts w:ascii="Times New Roman" w:hAnsi="Times New Roman" w:cs="Times New Roman"/>
          <w:sz w:val="24"/>
          <w:szCs w:val="24"/>
          <w:lang w:val="ru-RU"/>
        </w:rPr>
        <w:t xml:space="preserve"> на</w:t>
      </w:r>
      <w:r w:rsidR="00EA3A9D">
        <w:rPr>
          <w:rFonts w:ascii="Times New Roman" w:hAnsi="Times New Roman" w:cs="Times New Roman"/>
          <w:sz w:val="24"/>
          <w:szCs w:val="24"/>
          <w:lang w:val="ru-RU"/>
        </w:rPr>
        <w:t xml:space="preserve"> временном</w:t>
      </w:r>
      <w:r w:rsidRPr="00DE13CC">
        <w:rPr>
          <w:rFonts w:ascii="Times New Roman" w:hAnsi="Times New Roman" w:cs="Times New Roman"/>
          <w:sz w:val="24"/>
          <w:szCs w:val="24"/>
          <w:lang w:val="ru-RU"/>
        </w:rPr>
        <w:t xml:space="preserve"> контейнере?</w:t>
      </w:r>
    </w:p>
    <w:p w14:paraId="624E4F10" w14:textId="57AC5DA0" w:rsidR="00DE13CC" w:rsidRPr="00EA3A9D" w:rsidRDefault="00DE13CC" w:rsidP="00EA3A9D">
      <w:pPr>
        <w:pStyle w:val="a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E13CC">
        <w:rPr>
          <w:rFonts w:ascii="Times New Roman" w:hAnsi="Times New Roman" w:cs="Times New Roman"/>
          <w:sz w:val="24"/>
          <w:szCs w:val="24"/>
          <w:lang w:val="ru-RU"/>
        </w:rPr>
        <w:t xml:space="preserve">К </w:t>
      </w:r>
      <w:r w:rsidR="00EA3A9D">
        <w:rPr>
          <w:rFonts w:ascii="Times New Roman" w:hAnsi="Times New Roman" w:cs="Times New Roman"/>
          <w:sz w:val="24"/>
          <w:szCs w:val="24"/>
          <w:lang w:val="ru-RU"/>
        </w:rPr>
        <w:t>Вам</w:t>
      </w:r>
      <w:r w:rsidRPr="00DE13CC">
        <w:rPr>
          <w:rFonts w:ascii="Times New Roman" w:hAnsi="Times New Roman" w:cs="Times New Roman"/>
          <w:sz w:val="24"/>
          <w:szCs w:val="24"/>
          <w:lang w:val="ru-RU"/>
        </w:rPr>
        <w:t xml:space="preserve"> пришёл подрядчик (электрик) без заявки и сопровождения. </w:t>
      </w:r>
      <w:r w:rsidR="00EA3A9D">
        <w:rPr>
          <w:rFonts w:ascii="Times New Roman" w:hAnsi="Times New Roman" w:cs="Times New Roman"/>
          <w:sz w:val="24"/>
          <w:szCs w:val="24"/>
          <w:lang w:val="ru-RU"/>
        </w:rPr>
        <w:t>Ваши</w:t>
      </w:r>
      <w:r w:rsidRPr="00DE13CC">
        <w:rPr>
          <w:rFonts w:ascii="Times New Roman" w:hAnsi="Times New Roman" w:cs="Times New Roman"/>
          <w:sz w:val="24"/>
          <w:szCs w:val="24"/>
          <w:lang w:val="ru-RU"/>
        </w:rPr>
        <w:t xml:space="preserve"> действия?</w:t>
      </w:r>
    </w:p>
    <w:p w14:paraId="713BF9EB" w14:textId="1C9A53CE" w:rsidR="00DE13CC" w:rsidRDefault="00DE13CC" w:rsidP="00DE13CC">
      <w:pPr>
        <w:pStyle w:val="a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E13CC">
        <w:rPr>
          <w:rFonts w:ascii="Times New Roman" w:hAnsi="Times New Roman" w:cs="Times New Roman"/>
          <w:sz w:val="24"/>
          <w:szCs w:val="24"/>
          <w:lang w:val="ru-RU"/>
        </w:rPr>
        <w:t>Куда утилизир</w:t>
      </w:r>
      <w:r w:rsidR="00EA3A9D">
        <w:rPr>
          <w:rFonts w:ascii="Times New Roman" w:hAnsi="Times New Roman" w:cs="Times New Roman"/>
          <w:sz w:val="24"/>
          <w:szCs w:val="24"/>
          <w:lang w:val="ru-RU"/>
        </w:rPr>
        <w:t>уется</w:t>
      </w:r>
      <w:r w:rsidRPr="00DE13CC">
        <w:rPr>
          <w:rFonts w:ascii="Times New Roman" w:hAnsi="Times New Roman" w:cs="Times New Roman"/>
          <w:sz w:val="24"/>
          <w:szCs w:val="24"/>
          <w:lang w:val="ru-RU"/>
        </w:rPr>
        <w:t xml:space="preserve"> использованн</w:t>
      </w:r>
      <w:r w:rsidR="00EA3A9D">
        <w:rPr>
          <w:rFonts w:ascii="Times New Roman" w:hAnsi="Times New Roman" w:cs="Times New Roman"/>
          <w:sz w:val="24"/>
          <w:szCs w:val="24"/>
          <w:lang w:val="ru-RU"/>
        </w:rPr>
        <w:t>ая</w:t>
      </w:r>
      <w:r w:rsidRPr="00DE13CC">
        <w:rPr>
          <w:rFonts w:ascii="Times New Roman" w:hAnsi="Times New Roman" w:cs="Times New Roman"/>
          <w:sz w:val="24"/>
          <w:szCs w:val="24"/>
          <w:lang w:val="ru-RU"/>
        </w:rPr>
        <w:t xml:space="preserve"> игл</w:t>
      </w:r>
      <w:r w:rsidR="00EA3A9D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DE13CC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678DBA95" w14:textId="350830AE" w:rsidR="00EA3A9D" w:rsidRPr="00EA3A9D" w:rsidRDefault="00EA3A9D" w:rsidP="00EA3A9D">
      <w:pPr>
        <w:pStyle w:val="a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C6CB8">
        <w:rPr>
          <w:rFonts w:ascii="Times New Roman" w:hAnsi="Times New Roman" w:cs="Times New Roman"/>
          <w:sz w:val="24"/>
          <w:szCs w:val="24"/>
          <w:lang w:val="ru-RU"/>
        </w:rPr>
        <w:t>Ваши предложения по улучшению: что мешает, чего не хватает (этикеток, логгеров, стеллажей, СИЗ, обучения)?</w:t>
      </w:r>
    </w:p>
    <w:p w14:paraId="24EFACCD" w14:textId="4BFE5127" w:rsidR="00EA3A9D" w:rsidRPr="00F61365" w:rsidRDefault="00EA3A9D" w:rsidP="00EA3A9D">
      <w:pPr>
        <w:pStyle w:val="a"/>
        <w:numPr>
          <w:ilvl w:val="0"/>
          <w:numId w:val="0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57295A3" w14:textId="43046D19" w:rsidR="00F61365" w:rsidRDefault="00F61365" w:rsidP="00F61365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365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61365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2F4AF81E" w14:textId="0DC54608" w:rsidR="00F61365" w:rsidRPr="00BA78F4" w:rsidRDefault="00F61365" w:rsidP="00F61365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365">
        <w:rPr>
          <w:rFonts w:ascii="Times New Roman" w:hAnsi="Times New Roman" w:cs="Times New Roman"/>
          <w:sz w:val="24"/>
          <w:szCs w:val="24"/>
          <w:lang w:val="ru-RU"/>
        </w:rPr>
        <w:t xml:space="preserve">Подпись: ___________________ </w:t>
      </w:r>
      <w:r w:rsidRPr="00F61365"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61365">
        <w:rPr>
          <w:rFonts w:ascii="Times New Roman" w:hAnsi="Times New Roman" w:cs="Times New Roman"/>
          <w:sz w:val="24"/>
          <w:szCs w:val="24"/>
          <w:lang w:val="ru-RU"/>
        </w:rPr>
        <w:t>Дата:_____________</w:t>
      </w:r>
    </w:p>
    <w:p w14:paraId="5BAC5C0B" w14:textId="2404D60F" w:rsidR="00120775" w:rsidRDefault="00712A0E" w:rsidP="00F61365">
      <w:pPr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120775" w:rsidSect="00BA78F4">
          <w:footerReference w:type="default" r:id="rId8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BA78F4">
        <w:rPr>
          <w:rFonts w:ascii="Times New Roman" w:hAnsi="Times New Roman" w:cs="Times New Roman"/>
          <w:sz w:val="24"/>
          <w:szCs w:val="24"/>
          <w:lang w:val="ru-RU"/>
        </w:rPr>
        <w:br/>
      </w:r>
    </w:p>
    <w:p w14:paraId="3B5206A8" w14:textId="0798929F" w:rsidR="00085AF3" w:rsidRDefault="00120775" w:rsidP="00120775">
      <w:pPr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  <w:lang w:val="ru-RU"/>
        </w:rPr>
      </w:pPr>
      <w:r w:rsidRPr="00120775">
        <w:rPr>
          <w:rFonts w:ascii="Times New Roman" w:eastAsiaTheme="majorEastAsia" w:hAnsi="Times New Roman" w:cs="Times New Roman"/>
          <w:b/>
          <w:bCs/>
          <w:sz w:val="24"/>
          <w:szCs w:val="24"/>
          <w:lang w:val="ru-RU"/>
        </w:rPr>
        <w:lastRenderedPageBreak/>
        <w:t>Анкета сотрудников лаборатории для оценки выполнения требований в рамках внутреннего аудита</w:t>
      </w:r>
    </w:p>
    <w:p w14:paraId="675CAD2F" w14:textId="0F6F504E" w:rsidR="00120775" w:rsidRPr="00BA78F4" w:rsidRDefault="00120775" w:rsidP="0012077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78F4">
        <w:rPr>
          <w:rFonts w:ascii="Times New Roman" w:hAnsi="Times New Roman" w:cs="Times New Roman"/>
          <w:sz w:val="24"/>
          <w:szCs w:val="24"/>
          <w:lang w:val="ru-RU"/>
        </w:rPr>
        <w:t>Ответьте, пожалуйста, на следующие вопрос</w:t>
      </w:r>
      <w:r w:rsidR="004D7019">
        <w:rPr>
          <w:rFonts w:ascii="Times New Roman" w:hAnsi="Times New Roman" w:cs="Times New Roman"/>
          <w:sz w:val="24"/>
          <w:szCs w:val="24"/>
          <w:lang w:val="ru-RU"/>
        </w:rPr>
        <w:t>ы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541"/>
        <w:gridCol w:w="5565"/>
        <w:gridCol w:w="5289"/>
        <w:gridCol w:w="1524"/>
        <w:gridCol w:w="1471"/>
      </w:tblGrid>
      <w:tr w:rsidR="00120775" w14:paraId="3D40453A" w14:textId="38837932" w:rsidTr="004D7019">
        <w:tc>
          <w:tcPr>
            <w:tcW w:w="541" w:type="dxa"/>
          </w:tcPr>
          <w:p w14:paraId="01458F62" w14:textId="2913901C" w:rsidR="00120775" w:rsidRPr="00120775" w:rsidRDefault="00120775" w:rsidP="001207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5565" w:type="dxa"/>
          </w:tcPr>
          <w:p w14:paraId="649A618A" w14:textId="66F86A94" w:rsidR="00120775" w:rsidRPr="00120775" w:rsidRDefault="00120775" w:rsidP="001207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</w:t>
            </w:r>
          </w:p>
        </w:tc>
        <w:tc>
          <w:tcPr>
            <w:tcW w:w="5289" w:type="dxa"/>
          </w:tcPr>
          <w:p w14:paraId="119CDB28" w14:textId="22E9F08B" w:rsidR="00120775" w:rsidRPr="00120775" w:rsidRDefault="00120775" w:rsidP="001207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 сотрудника</w:t>
            </w:r>
          </w:p>
        </w:tc>
        <w:tc>
          <w:tcPr>
            <w:tcW w:w="1524" w:type="dxa"/>
          </w:tcPr>
          <w:p w14:paraId="49903B50" w14:textId="3104DA1A" w:rsidR="00120775" w:rsidRPr="00120775" w:rsidRDefault="00120775" w:rsidP="001207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Отметка аудитора</w:t>
            </w:r>
          </w:p>
        </w:tc>
        <w:tc>
          <w:tcPr>
            <w:tcW w:w="1471" w:type="dxa"/>
          </w:tcPr>
          <w:p w14:paraId="26CD34BA" w14:textId="6C632E05" w:rsidR="00120775" w:rsidRDefault="00120775" w:rsidP="001207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Примечание</w:t>
            </w:r>
          </w:p>
        </w:tc>
      </w:tr>
      <w:tr w:rsidR="00EA3A9D" w:rsidRPr="0089543F" w14:paraId="639BF5B3" w14:textId="296C9AF0" w:rsidTr="004D7019">
        <w:tc>
          <w:tcPr>
            <w:tcW w:w="541" w:type="dxa"/>
          </w:tcPr>
          <w:p w14:paraId="65ACA1C0" w14:textId="77777777" w:rsidR="00EA3A9D" w:rsidRPr="00120775" w:rsidRDefault="00EA3A9D" w:rsidP="00EA3A9D">
            <w:pPr>
              <w:pStyle w:val="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2AC6413B" w14:textId="6166FD93" w:rsidR="00EA3A9D" w:rsidRPr="00120775" w:rsidRDefault="00EA3A9D" w:rsidP="00EA3A9D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129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каком порядке требуется входить в комнату содержания животных?</w:t>
            </w:r>
          </w:p>
        </w:tc>
        <w:tc>
          <w:tcPr>
            <w:tcW w:w="5289" w:type="dxa"/>
          </w:tcPr>
          <w:p w14:paraId="12C13F4A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1AA5BEF8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4680BB16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A3A9D" w:rsidRPr="0089543F" w14:paraId="16468A1C" w14:textId="539602EC" w:rsidTr="004D7019">
        <w:tc>
          <w:tcPr>
            <w:tcW w:w="541" w:type="dxa"/>
          </w:tcPr>
          <w:p w14:paraId="2166A66E" w14:textId="77777777" w:rsidR="00EA3A9D" w:rsidRPr="00120775" w:rsidRDefault="00EA3A9D" w:rsidP="00EA3A9D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7A0B87A0" w14:textId="471AEBBC" w:rsidR="00EA3A9D" w:rsidRPr="00120775" w:rsidRDefault="00EA3A9D" w:rsidP="00EA3A9D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129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Когда используется МЫЛО, а когда АНТИСЕПТИК?</w:t>
            </w:r>
          </w:p>
        </w:tc>
        <w:tc>
          <w:tcPr>
            <w:tcW w:w="5289" w:type="dxa"/>
          </w:tcPr>
          <w:p w14:paraId="275EF1C6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006DFB18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3CFAFFF6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A3A9D" w:rsidRPr="0089543F" w14:paraId="6434CEF6" w14:textId="77777777" w:rsidTr="004D7019">
        <w:tc>
          <w:tcPr>
            <w:tcW w:w="541" w:type="dxa"/>
          </w:tcPr>
          <w:p w14:paraId="1C96F623" w14:textId="77777777" w:rsidR="00EA3A9D" w:rsidRPr="00120775" w:rsidRDefault="00EA3A9D" w:rsidP="00EA3A9D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666D500A" w14:textId="6ED26462" w:rsidR="00EA3A9D" w:rsidRPr="00120775" w:rsidRDefault="00EA3A9D" w:rsidP="00EA3A9D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129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Что обязательно должно быть на бирке клетки у </w:t>
            </w:r>
            <w:proofErr w:type="spellStart"/>
            <w:r w:rsidRPr="00C6129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лактирующей</w:t>
            </w:r>
            <w:proofErr w:type="spellEnd"/>
            <w:r w:rsidRPr="00C6129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самки? </w:t>
            </w:r>
          </w:p>
        </w:tc>
        <w:tc>
          <w:tcPr>
            <w:tcW w:w="5289" w:type="dxa"/>
          </w:tcPr>
          <w:p w14:paraId="0AA479BC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62DEDC90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1AC07427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A3A9D" w:rsidRPr="00EA3A9D" w14:paraId="48AFB2C1" w14:textId="043A4D3F" w:rsidTr="004D7019">
        <w:tc>
          <w:tcPr>
            <w:tcW w:w="541" w:type="dxa"/>
          </w:tcPr>
          <w:p w14:paraId="2ED5239C" w14:textId="77777777" w:rsidR="00EA3A9D" w:rsidRPr="00120775" w:rsidRDefault="00EA3A9D" w:rsidP="00EA3A9D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41C3D0D8" w14:textId="186202AF" w:rsidR="00EA3A9D" w:rsidRPr="00120775" w:rsidRDefault="00EA3A9D" w:rsidP="00EA3A9D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129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 необходимо делать при признаках перегрева (тёплый верх стоек, животные распластаны, «тяжёлый» воздух)?</w:t>
            </w:r>
          </w:p>
        </w:tc>
        <w:tc>
          <w:tcPr>
            <w:tcW w:w="5289" w:type="dxa"/>
          </w:tcPr>
          <w:p w14:paraId="102FB8A7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11CB8B67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4BB22B4C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A3A9D" w:rsidRPr="00EA3A9D" w14:paraId="58E28A9E" w14:textId="77777777" w:rsidTr="004D7019">
        <w:tc>
          <w:tcPr>
            <w:tcW w:w="541" w:type="dxa"/>
          </w:tcPr>
          <w:p w14:paraId="5E228501" w14:textId="77777777" w:rsidR="00EA3A9D" w:rsidRPr="00120775" w:rsidRDefault="00EA3A9D" w:rsidP="00EA3A9D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6D554D14" w14:textId="030DA974" w:rsidR="00EA3A9D" w:rsidRPr="00120775" w:rsidRDefault="00EA3A9D" w:rsidP="00EA3A9D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129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Какой маршрут у грязной тележки/клеток после работы?</w:t>
            </w:r>
          </w:p>
        </w:tc>
        <w:tc>
          <w:tcPr>
            <w:tcW w:w="5289" w:type="dxa"/>
          </w:tcPr>
          <w:p w14:paraId="7C7AF0AC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136FF2CB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48C21669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A3A9D" w:rsidRPr="0089543F" w14:paraId="3252E43E" w14:textId="0D33F268" w:rsidTr="004D7019">
        <w:tc>
          <w:tcPr>
            <w:tcW w:w="541" w:type="dxa"/>
          </w:tcPr>
          <w:p w14:paraId="735FCFF4" w14:textId="77777777" w:rsidR="00EA3A9D" w:rsidRPr="00120775" w:rsidRDefault="00EA3A9D" w:rsidP="00EA3A9D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3DB9CA5D" w14:textId="3E2A6B42" w:rsidR="00EA3A9D" w:rsidRPr="00120775" w:rsidRDefault="00EA3A9D" w:rsidP="00EA3A9D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129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станции смены клеток где-что «лежит»? </w:t>
            </w:r>
          </w:p>
        </w:tc>
        <w:tc>
          <w:tcPr>
            <w:tcW w:w="5289" w:type="dxa"/>
          </w:tcPr>
          <w:p w14:paraId="1B951C0B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426185B2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1CE7338F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A3A9D" w:rsidRPr="0089543F" w14:paraId="5CC6EF7C" w14:textId="6CB1BC21" w:rsidTr="004D7019">
        <w:tc>
          <w:tcPr>
            <w:tcW w:w="541" w:type="dxa"/>
          </w:tcPr>
          <w:p w14:paraId="18E6A187" w14:textId="77777777" w:rsidR="00EA3A9D" w:rsidRPr="00120775" w:rsidRDefault="00EA3A9D" w:rsidP="00EA3A9D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62CF7E19" w14:textId="7C618B95" w:rsidR="00EA3A9D" w:rsidRPr="00120775" w:rsidRDefault="00EA3A9D" w:rsidP="00EA3A9D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129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Назовите два любых признака, что плотность посадки/состояние клетки требует рассадки/уборки.</w:t>
            </w:r>
          </w:p>
        </w:tc>
        <w:tc>
          <w:tcPr>
            <w:tcW w:w="5289" w:type="dxa"/>
          </w:tcPr>
          <w:p w14:paraId="4D257EEA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3282BE2F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798B2D41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A3A9D" w:rsidRPr="00EA3A9D" w14:paraId="03A7B1F0" w14:textId="6B540CC6" w:rsidTr="004D7019">
        <w:tc>
          <w:tcPr>
            <w:tcW w:w="541" w:type="dxa"/>
          </w:tcPr>
          <w:p w14:paraId="2B7138EF" w14:textId="77777777" w:rsidR="00EA3A9D" w:rsidRPr="00120775" w:rsidRDefault="00EA3A9D" w:rsidP="00EA3A9D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31A1E285" w14:textId="4534C458" w:rsidR="00EA3A9D" w:rsidRPr="00120775" w:rsidRDefault="00EA3A9D" w:rsidP="00EA3A9D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129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Маркировка корма: что должно быть указанно на временном контейнере?</w:t>
            </w:r>
          </w:p>
        </w:tc>
        <w:tc>
          <w:tcPr>
            <w:tcW w:w="5289" w:type="dxa"/>
          </w:tcPr>
          <w:p w14:paraId="2A7BDCE9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6CD6B341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127AF301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A3A9D" w:rsidRPr="0089543F" w14:paraId="2DFA846B" w14:textId="11C93692" w:rsidTr="004D7019">
        <w:tc>
          <w:tcPr>
            <w:tcW w:w="541" w:type="dxa"/>
          </w:tcPr>
          <w:p w14:paraId="712DCA69" w14:textId="77777777" w:rsidR="00EA3A9D" w:rsidRPr="00120775" w:rsidRDefault="00EA3A9D" w:rsidP="00EA3A9D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04BB1E0D" w14:textId="145D4F7E" w:rsidR="00EA3A9D" w:rsidRPr="00120775" w:rsidRDefault="00EA3A9D" w:rsidP="00EA3A9D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129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 Вам пришёл подрядчик (электрик) без заявки и сопровождения. Ваши действия?</w:t>
            </w:r>
          </w:p>
        </w:tc>
        <w:tc>
          <w:tcPr>
            <w:tcW w:w="5289" w:type="dxa"/>
          </w:tcPr>
          <w:p w14:paraId="197C8E99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5A774E0F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6F3F4445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A3A9D" w:rsidRPr="0089543F" w14:paraId="75277204" w14:textId="692B04F9" w:rsidTr="004D7019">
        <w:tc>
          <w:tcPr>
            <w:tcW w:w="541" w:type="dxa"/>
          </w:tcPr>
          <w:p w14:paraId="7EB6D715" w14:textId="77777777" w:rsidR="00EA3A9D" w:rsidRPr="00120775" w:rsidRDefault="00EA3A9D" w:rsidP="00EA3A9D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47663524" w14:textId="5ABF6159" w:rsidR="00EA3A9D" w:rsidRPr="00120775" w:rsidRDefault="00EA3A9D" w:rsidP="00EA3A9D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129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Куда утилизируется использованная игла?</w:t>
            </w:r>
          </w:p>
        </w:tc>
        <w:tc>
          <w:tcPr>
            <w:tcW w:w="5289" w:type="dxa"/>
          </w:tcPr>
          <w:p w14:paraId="3711914D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38000E0A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326AB2AD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A3A9D" w:rsidRPr="0089543F" w14:paraId="638DE6EB" w14:textId="4255781B" w:rsidTr="004D7019">
        <w:tc>
          <w:tcPr>
            <w:tcW w:w="541" w:type="dxa"/>
          </w:tcPr>
          <w:p w14:paraId="054E023C" w14:textId="77777777" w:rsidR="00EA3A9D" w:rsidRPr="00120775" w:rsidRDefault="00EA3A9D" w:rsidP="00EA3A9D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1CB8782A" w14:textId="7B068598" w:rsidR="00EA3A9D" w:rsidRPr="00120775" w:rsidRDefault="00EA3A9D" w:rsidP="00EA3A9D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129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Ваши предложения по улучшению: что мешает, чего не хватает (этикеток, логгеров, стеллажей, СИЗ, обучения)?</w:t>
            </w:r>
          </w:p>
        </w:tc>
        <w:tc>
          <w:tcPr>
            <w:tcW w:w="5289" w:type="dxa"/>
          </w:tcPr>
          <w:p w14:paraId="6BE697DB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085C9A08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63ED74CE" w14:textId="77777777" w:rsidR="00EA3A9D" w:rsidRPr="00120775" w:rsidRDefault="00EA3A9D" w:rsidP="00EA3A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5F4665FD" w14:textId="77777777" w:rsidR="00120775" w:rsidRPr="00120775" w:rsidRDefault="00120775" w:rsidP="00120775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6D850DE" w14:textId="7B45814D" w:rsidR="00120775" w:rsidRDefault="00120775" w:rsidP="00120775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120775">
        <w:rPr>
          <w:rFonts w:ascii="Times New Roman" w:hAnsi="Times New Roman" w:cs="Times New Roman"/>
          <w:sz w:val="24"/>
          <w:szCs w:val="24"/>
          <w:lang w:val="ru-RU"/>
        </w:rPr>
        <w:t xml:space="preserve">ФИО </w:t>
      </w:r>
      <w:r>
        <w:rPr>
          <w:rFonts w:ascii="Times New Roman" w:hAnsi="Times New Roman" w:cs="Times New Roman"/>
          <w:sz w:val="24"/>
          <w:szCs w:val="24"/>
          <w:lang w:val="ru-RU"/>
        </w:rPr>
        <w:t>проверяемого сотрудника</w:t>
      </w:r>
      <w:r w:rsidRPr="00120775">
        <w:rPr>
          <w:rFonts w:ascii="Times New Roman" w:hAnsi="Times New Roman" w:cs="Times New Roman"/>
          <w:sz w:val="24"/>
          <w:szCs w:val="24"/>
          <w:lang w:val="ru-RU"/>
        </w:rPr>
        <w:t xml:space="preserve">: ___________________________ 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20775">
        <w:rPr>
          <w:rFonts w:ascii="Times New Roman" w:hAnsi="Times New Roman" w:cs="Times New Roman"/>
          <w:sz w:val="24"/>
          <w:szCs w:val="24"/>
          <w:lang w:val="ru-RU"/>
        </w:rPr>
        <w:t>Подпись: ___________________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>Дата:_____________</w:t>
      </w:r>
    </w:p>
    <w:p w14:paraId="2A25DB9C" w14:textId="11D03C8D" w:rsidR="00120775" w:rsidRPr="00120775" w:rsidRDefault="00120775" w:rsidP="00120775">
      <w:pPr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Hlk193982774"/>
      <w:r w:rsidRPr="00120775">
        <w:rPr>
          <w:rFonts w:ascii="Times New Roman" w:hAnsi="Times New Roman" w:cs="Times New Roman"/>
          <w:sz w:val="24"/>
          <w:szCs w:val="24"/>
          <w:lang w:val="ru-RU"/>
        </w:rPr>
        <w:t xml:space="preserve">ФИО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проверяющего внутреннего </w:t>
      </w:r>
      <w:r w:rsidRPr="00120775">
        <w:rPr>
          <w:rFonts w:ascii="Times New Roman" w:hAnsi="Times New Roman" w:cs="Times New Roman"/>
          <w:sz w:val="24"/>
          <w:szCs w:val="24"/>
          <w:lang w:val="ru-RU"/>
        </w:rPr>
        <w:t xml:space="preserve">аудитора: ___________________________ 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20775">
        <w:rPr>
          <w:rFonts w:ascii="Times New Roman" w:hAnsi="Times New Roman" w:cs="Times New Roman"/>
          <w:sz w:val="24"/>
          <w:szCs w:val="24"/>
          <w:lang w:val="ru-RU"/>
        </w:rPr>
        <w:t xml:space="preserve">Подпись: ___________________ </w:t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>Дата:_____________</w:t>
      </w:r>
      <w:bookmarkEnd w:id="0"/>
    </w:p>
    <w:sectPr w:rsidR="00120775" w:rsidRPr="00120775" w:rsidSect="0012077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F36BBC" w14:textId="77777777" w:rsidR="009C6C6F" w:rsidRDefault="009C6C6F" w:rsidP="00F61365">
      <w:pPr>
        <w:spacing w:after="0" w:line="240" w:lineRule="auto"/>
      </w:pPr>
      <w:r>
        <w:separator/>
      </w:r>
    </w:p>
  </w:endnote>
  <w:endnote w:type="continuationSeparator" w:id="0">
    <w:p w14:paraId="3F9FF391" w14:textId="77777777" w:rsidR="009C6C6F" w:rsidRDefault="009C6C6F" w:rsidP="00F613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5D41DC" w14:textId="0301DC83" w:rsidR="00F61365" w:rsidRPr="00F61365" w:rsidRDefault="00F61365" w:rsidP="00F61365">
    <w:pPr>
      <w:pStyle w:val="a7"/>
      <w:rPr>
        <w:rFonts w:ascii="Times New Roman" w:hAnsi="Times New Roman" w:cs="Times New Roman"/>
        <w:sz w:val="20"/>
        <w:szCs w:val="20"/>
        <w:lang w:val="ru-RU"/>
      </w:rPr>
    </w:pPr>
    <w:r w:rsidRPr="00F61365">
      <w:rPr>
        <w:rFonts w:ascii="Times New Roman" w:hAnsi="Times New Roman" w:cs="Times New Roman"/>
        <w:sz w:val="20"/>
        <w:szCs w:val="20"/>
        <w:lang w:val="ru-RU"/>
      </w:rPr>
      <w:t>Опросный лист для проведения внутреннего аудита</w:t>
    </w:r>
    <w:r>
      <w:rPr>
        <w:rFonts w:ascii="Times New Roman" w:hAnsi="Times New Roman" w:cs="Times New Roman"/>
        <w:sz w:val="20"/>
        <w:szCs w:val="20"/>
        <w:lang w:val="ru-RU"/>
      </w:rPr>
      <w:t xml:space="preserve"> </w:t>
    </w:r>
    <w:r w:rsidRPr="00F61365">
      <w:rPr>
        <w:rFonts w:ascii="Times New Roman" w:hAnsi="Times New Roman" w:cs="Times New Roman"/>
        <w:sz w:val="20"/>
        <w:szCs w:val="20"/>
        <w:lang w:val="ru-RU"/>
      </w:rPr>
      <w:t>№ ___________ от ____________________</w:t>
    </w:r>
    <w:r>
      <w:rPr>
        <w:rFonts w:ascii="Times New Roman" w:hAnsi="Times New Roman" w:cs="Times New Roman"/>
        <w:sz w:val="20"/>
        <w:szCs w:val="20"/>
        <w:lang w:val="ru-RU"/>
      </w:rPr>
      <w:tab/>
      <w:t xml:space="preserve">                              </w:t>
    </w:r>
    <w:r w:rsidRPr="00F61365">
      <w:rPr>
        <w:rFonts w:ascii="Times New Roman" w:hAnsi="Times New Roman" w:cs="Times New Roman"/>
        <w:sz w:val="20"/>
        <w:szCs w:val="20"/>
        <w:lang w:val="ru-RU"/>
      </w:rPr>
      <w:t xml:space="preserve">Лист </w:t>
    </w:r>
    <w:sdt>
      <w:sdtPr>
        <w:rPr>
          <w:rFonts w:ascii="Times New Roman" w:hAnsi="Times New Roman" w:cs="Times New Roman"/>
          <w:sz w:val="20"/>
          <w:szCs w:val="20"/>
        </w:rPr>
        <w:id w:val="1689559909"/>
        <w:docPartObj>
          <w:docPartGallery w:val="Page Numbers (Bottom of Page)"/>
          <w:docPartUnique/>
        </w:docPartObj>
      </w:sdtPr>
      <w:sdtEndPr/>
      <w:sdtContent>
        <w:r w:rsidRPr="00F61365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F61365">
          <w:rPr>
            <w:rFonts w:ascii="Times New Roman" w:hAnsi="Times New Roman" w:cs="Times New Roman"/>
            <w:sz w:val="20"/>
            <w:szCs w:val="20"/>
          </w:rPr>
          <w:instrText>PAGE</w:instrText>
        </w:r>
        <w:r w:rsidRPr="00F61365">
          <w:rPr>
            <w:rFonts w:ascii="Times New Roman" w:hAnsi="Times New Roman" w:cs="Times New Roman"/>
            <w:sz w:val="20"/>
            <w:szCs w:val="20"/>
            <w:lang w:val="ru-RU"/>
          </w:rPr>
          <w:instrText xml:space="preserve">   \* </w:instrText>
        </w:r>
        <w:r w:rsidRPr="00F61365">
          <w:rPr>
            <w:rFonts w:ascii="Times New Roman" w:hAnsi="Times New Roman" w:cs="Times New Roman"/>
            <w:sz w:val="20"/>
            <w:szCs w:val="20"/>
          </w:rPr>
          <w:instrText>MERGEFORMAT</w:instrText>
        </w:r>
        <w:r w:rsidRPr="00F61365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F61365">
          <w:rPr>
            <w:rFonts w:ascii="Times New Roman" w:hAnsi="Times New Roman" w:cs="Times New Roman"/>
            <w:sz w:val="20"/>
            <w:szCs w:val="20"/>
            <w:lang w:val="ru-RU"/>
          </w:rPr>
          <w:t>2</w:t>
        </w:r>
        <w:r w:rsidRPr="00F61365">
          <w:rPr>
            <w:rFonts w:ascii="Times New Roman" w:hAnsi="Times New Roman" w:cs="Times New Roman"/>
            <w:sz w:val="20"/>
            <w:szCs w:val="20"/>
          </w:rPr>
          <w:fldChar w:fldCharType="end"/>
        </w:r>
        <w:r w:rsidRPr="00F61365">
          <w:rPr>
            <w:rFonts w:ascii="Times New Roman" w:hAnsi="Times New Roman" w:cs="Times New Roman"/>
            <w:sz w:val="20"/>
            <w:szCs w:val="20"/>
            <w:lang w:val="ru-RU"/>
          </w:rPr>
          <w:t xml:space="preserve"> из ХХ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89708" w14:textId="77777777" w:rsidR="009C6C6F" w:rsidRDefault="009C6C6F" w:rsidP="00F61365">
      <w:pPr>
        <w:spacing w:after="0" w:line="240" w:lineRule="auto"/>
      </w:pPr>
      <w:r>
        <w:separator/>
      </w:r>
    </w:p>
  </w:footnote>
  <w:footnote w:type="continuationSeparator" w:id="0">
    <w:p w14:paraId="14C6655F" w14:textId="77777777" w:rsidR="009C6C6F" w:rsidRDefault="009C6C6F" w:rsidP="00F613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908CC30A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E26291"/>
    <w:multiLevelType w:val="multilevel"/>
    <w:tmpl w:val="3D065BE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2D66FD6"/>
    <w:multiLevelType w:val="hybridMultilevel"/>
    <w:tmpl w:val="53904B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984185"/>
    <w:multiLevelType w:val="multilevel"/>
    <w:tmpl w:val="9B4E840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76B138D"/>
    <w:multiLevelType w:val="multilevel"/>
    <w:tmpl w:val="8F8E9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280B33"/>
    <w:multiLevelType w:val="multilevel"/>
    <w:tmpl w:val="96BA0A1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2802ED2"/>
    <w:multiLevelType w:val="multilevel"/>
    <w:tmpl w:val="96BA0A1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9514463"/>
    <w:multiLevelType w:val="multilevel"/>
    <w:tmpl w:val="3578C4D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0DF27D5"/>
    <w:multiLevelType w:val="multilevel"/>
    <w:tmpl w:val="9A228A5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1F95EAF"/>
    <w:multiLevelType w:val="multilevel"/>
    <w:tmpl w:val="69BCEE3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6F222DD"/>
    <w:multiLevelType w:val="multilevel"/>
    <w:tmpl w:val="542A50C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E382FB5"/>
    <w:multiLevelType w:val="multilevel"/>
    <w:tmpl w:val="C756E2C2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F753B99"/>
    <w:multiLevelType w:val="multilevel"/>
    <w:tmpl w:val="28F21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14708BE"/>
    <w:multiLevelType w:val="multilevel"/>
    <w:tmpl w:val="96BA0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1433814"/>
    <w:multiLevelType w:val="multilevel"/>
    <w:tmpl w:val="2E58466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55E3605"/>
    <w:multiLevelType w:val="multilevel"/>
    <w:tmpl w:val="2FD674D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895076D"/>
    <w:multiLevelType w:val="multilevel"/>
    <w:tmpl w:val="0330C1F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CE3289B"/>
    <w:multiLevelType w:val="multilevel"/>
    <w:tmpl w:val="7E7CFD5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0642D26"/>
    <w:multiLevelType w:val="multilevel"/>
    <w:tmpl w:val="A4282C2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13F004A"/>
    <w:multiLevelType w:val="multilevel"/>
    <w:tmpl w:val="7E7CFD5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36A301B"/>
    <w:multiLevelType w:val="multilevel"/>
    <w:tmpl w:val="96BA0A18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AA33681"/>
    <w:multiLevelType w:val="multilevel"/>
    <w:tmpl w:val="7E7CFD5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AF63EC9"/>
    <w:multiLevelType w:val="multilevel"/>
    <w:tmpl w:val="7E7CFD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36661CE"/>
    <w:multiLevelType w:val="hybridMultilevel"/>
    <w:tmpl w:val="863650AA"/>
    <w:lvl w:ilvl="0" w:tplc="DA54601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1A48A5"/>
    <w:multiLevelType w:val="multilevel"/>
    <w:tmpl w:val="96BA0A1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8C32338"/>
    <w:multiLevelType w:val="multilevel"/>
    <w:tmpl w:val="7E7CFD5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31"/>
  </w:num>
  <w:num w:numId="11">
    <w:abstractNumId w:val="7"/>
    <w:lvlOverride w:ilvl="0">
      <w:startOverride w:val="1"/>
    </w:lvlOverride>
  </w:num>
  <w:num w:numId="12">
    <w:abstractNumId w:val="7"/>
    <w:lvlOverride w:ilvl="0">
      <w:startOverride w:val="1"/>
    </w:lvlOverride>
  </w:num>
  <w:num w:numId="13">
    <w:abstractNumId w:val="20"/>
  </w:num>
  <w:num w:numId="14">
    <w:abstractNumId w:val="27"/>
  </w:num>
  <w:num w:numId="15">
    <w:abstractNumId w:val="22"/>
  </w:num>
  <w:num w:numId="16">
    <w:abstractNumId w:val="16"/>
  </w:num>
  <w:num w:numId="17">
    <w:abstractNumId w:val="18"/>
  </w:num>
  <w:num w:numId="18">
    <w:abstractNumId w:val="23"/>
  </w:num>
  <w:num w:numId="19">
    <w:abstractNumId w:val="19"/>
  </w:num>
  <w:num w:numId="20">
    <w:abstractNumId w:val="12"/>
  </w:num>
  <w:num w:numId="21">
    <w:abstractNumId w:val="11"/>
  </w:num>
  <w:num w:numId="22">
    <w:abstractNumId w:val="24"/>
  </w:num>
  <w:num w:numId="23">
    <w:abstractNumId w:val="26"/>
  </w:num>
  <w:num w:numId="24">
    <w:abstractNumId w:val="17"/>
  </w:num>
  <w:num w:numId="25">
    <w:abstractNumId w:val="9"/>
  </w:num>
  <w:num w:numId="26">
    <w:abstractNumId w:val="10"/>
  </w:num>
  <w:num w:numId="27">
    <w:abstractNumId w:val="30"/>
  </w:num>
  <w:num w:numId="28">
    <w:abstractNumId w:val="33"/>
  </w:num>
  <w:num w:numId="29">
    <w:abstractNumId w:val="25"/>
  </w:num>
  <w:num w:numId="30">
    <w:abstractNumId w:val="29"/>
  </w:num>
  <w:num w:numId="31">
    <w:abstractNumId w:val="15"/>
  </w:num>
  <w:num w:numId="32">
    <w:abstractNumId w:val="21"/>
  </w:num>
  <w:num w:numId="33">
    <w:abstractNumId w:val="14"/>
  </w:num>
  <w:num w:numId="34">
    <w:abstractNumId w:val="32"/>
  </w:num>
  <w:num w:numId="35">
    <w:abstractNumId w:val="13"/>
  </w:num>
  <w:num w:numId="3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3449"/>
    <w:rsid w:val="0006063C"/>
    <w:rsid w:val="00085AF3"/>
    <w:rsid w:val="00120775"/>
    <w:rsid w:val="0015074B"/>
    <w:rsid w:val="0029639D"/>
    <w:rsid w:val="002D1417"/>
    <w:rsid w:val="002D34DF"/>
    <w:rsid w:val="00326F90"/>
    <w:rsid w:val="004D3BF7"/>
    <w:rsid w:val="004D7019"/>
    <w:rsid w:val="00643045"/>
    <w:rsid w:val="00712A0E"/>
    <w:rsid w:val="0089543F"/>
    <w:rsid w:val="008C6DA8"/>
    <w:rsid w:val="008D6196"/>
    <w:rsid w:val="00986857"/>
    <w:rsid w:val="009C6C6F"/>
    <w:rsid w:val="00A00DE5"/>
    <w:rsid w:val="00A047D7"/>
    <w:rsid w:val="00A731BC"/>
    <w:rsid w:val="00A7564F"/>
    <w:rsid w:val="00AA1D8D"/>
    <w:rsid w:val="00AD5080"/>
    <w:rsid w:val="00B47730"/>
    <w:rsid w:val="00B62141"/>
    <w:rsid w:val="00B8181B"/>
    <w:rsid w:val="00BA78F4"/>
    <w:rsid w:val="00BB57DB"/>
    <w:rsid w:val="00BC66C2"/>
    <w:rsid w:val="00BC7244"/>
    <w:rsid w:val="00BD1C71"/>
    <w:rsid w:val="00CB0664"/>
    <w:rsid w:val="00D93361"/>
    <w:rsid w:val="00DE13CC"/>
    <w:rsid w:val="00E029E1"/>
    <w:rsid w:val="00EA3A9D"/>
    <w:rsid w:val="00F61365"/>
    <w:rsid w:val="00F81CA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A078BD"/>
  <w14:defaultImageDpi w14:val="300"/>
  <w15:docId w15:val="{676DE78A-4F21-4FF3-A719-512FCD694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8">
    <w:name w:val="Hyperlink"/>
    <w:basedOn w:val="a2"/>
    <w:uiPriority w:val="99"/>
    <w:unhideWhenUsed/>
    <w:rsid w:val="00BB57DB"/>
    <w:rPr>
      <w:color w:val="0000FF" w:themeColor="hyperlink"/>
      <w:u w:val="single"/>
    </w:rPr>
  </w:style>
  <w:style w:type="character" w:styleId="aff9">
    <w:name w:val="Unresolved Mention"/>
    <w:basedOn w:val="a2"/>
    <w:uiPriority w:val="99"/>
    <w:semiHidden/>
    <w:unhideWhenUsed/>
    <w:rsid w:val="00BB57DB"/>
    <w:rPr>
      <w:color w:val="605E5C"/>
      <w:shd w:val="clear" w:color="auto" w:fill="E1DFDD"/>
    </w:rPr>
  </w:style>
  <w:style w:type="paragraph" w:styleId="affa">
    <w:name w:val="Normal (Web)"/>
    <w:basedOn w:val="a1"/>
    <w:uiPriority w:val="99"/>
    <w:semiHidden/>
    <w:unhideWhenUsed/>
    <w:rsid w:val="00895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10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93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66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15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70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565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445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304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322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065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594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4684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16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23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57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40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401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228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651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278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347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171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59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71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487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559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25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8944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276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76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7</Pages>
  <Words>2761</Words>
  <Characters>15744</Characters>
  <Application>Microsoft Office Word</Application>
  <DocSecurity>0</DocSecurity>
  <Lines>131</Lines>
  <Paragraphs>36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18469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465</cp:lastModifiedBy>
  <cp:revision>12</cp:revision>
  <dcterms:created xsi:type="dcterms:W3CDTF">2025-03-27T13:45:00Z</dcterms:created>
  <dcterms:modified xsi:type="dcterms:W3CDTF">2025-11-09T10:50:00Z</dcterms:modified>
  <cp:category/>
</cp:coreProperties>
</file>