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3A078" w14:textId="2170A7B7" w:rsidR="00BA78F4" w:rsidRDefault="00712A0E" w:rsidP="00BA78F4">
      <w:pPr>
        <w:pStyle w:val="aa"/>
        <w:pBdr>
          <w:bottom w:val="none" w:sz="0" w:space="0" w:color="auto"/>
        </w:pBdr>
        <w:jc w:val="center"/>
        <w:rPr>
          <w:rFonts w:ascii="Times New Roman" w:hAnsi="Times New Roman" w:cs="Times New Roman"/>
          <w:color w:val="auto"/>
          <w:sz w:val="32"/>
          <w:szCs w:val="32"/>
          <w:lang w:val="ru-RU"/>
        </w:rPr>
      </w:pPr>
      <w:r w:rsidRPr="00BA78F4">
        <w:rPr>
          <w:rFonts w:ascii="Times New Roman" w:hAnsi="Times New Roman" w:cs="Times New Roman"/>
          <w:color w:val="auto"/>
          <w:sz w:val="32"/>
          <w:szCs w:val="32"/>
          <w:lang w:val="ru-RU"/>
        </w:rPr>
        <w:t xml:space="preserve">Опросный лист для </w:t>
      </w:r>
      <w:r w:rsidR="00BA78F4" w:rsidRPr="00BA78F4">
        <w:rPr>
          <w:rFonts w:ascii="Times New Roman" w:hAnsi="Times New Roman" w:cs="Times New Roman"/>
          <w:color w:val="auto"/>
          <w:sz w:val="32"/>
          <w:szCs w:val="32"/>
          <w:lang w:val="ru-RU"/>
        </w:rPr>
        <w:t xml:space="preserve">проведения </w:t>
      </w:r>
      <w:r w:rsidRPr="00BA78F4">
        <w:rPr>
          <w:rFonts w:ascii="Times New Roman" w:hAnsi="Times New Roman" w:cs="Times New Roman"/>
          <w:color w:val="auto"/>
          <w:sz w:val="32"/>
          <w:szCs w:val="32"/>
          <w:lang w:val="ru-RU"/>
        </w:rPr>
        <w:t>внутреннего аудита</w:t>
      </w:r>
    </w:p>
    <w:p w14:paraId="79DED225" w14:textId="2A4F35F2" w:rsidR="00F61365" w:rsidRPr="00F61365" w:rsidRDefault="00F61365" w:rsidP="00F61365">
      <w:pPr>
        <w:jc w:val="center"/>
        <w:rPr>
          <w:rFonts w:ascii="Times New Roman" w:eastAsiaTheme="majorEastAsia" w:hAnsi="Times New Roman" w:cs="Times New Roman"/>
          <w:spacing w:val="5"/>
          <w:kern w:val="28"/>
          <w:sz w:val="32"/>
          <w:szCs w:val="32"/>
          <w:lang w:val="ru-RU"/>
        </w:rPr>
      </w:pPr>
      <w:r w:rsidRPr="00F61365">
        <w:rPr>
          <w:rFonts w:ascii="Times New Roman" w:eastAsiaTheme="majorEastAsia" w:hAnsi="Times New Roman" w:cs="Times New Roman"/>
          <w:spacing w:val="5"/>
          <w:kern w:val="28"/>
          <w:sz w:val="32"/>
          <w:szCs w:val="32"/>
          <w:lang w:val="ru-RU"/>
        </w:rPr>
        <w:t>№ ___________ от ____________________</w:t>
      </w:r>
    </w:p>
    <w:p w14:paraId="215F7E00" w14:textId="77777777" w:rsidR="00BA78F4" w:rsidRPr="00A047D7" w:rsidRDefault="00BA78F4" w:rsidP="00BA78F4">
      <w:pPr>
        <w:pStyle w:val="ae"/>
        <w:numPr>
          <w:ilvl w:val="0"/>
          <w:numId w:val="10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Дата проведения настоящего внутреннего аудита: ХХ.ХХ.ХХХХ.</w:t>
      </w:r>
    </w:p>
    <w:p w14:paraId="4D087080" w14:textId="1566BCA3" w:rsidR="00BA78F4" w:rsidRPr="00A047D7" w:rsidRDefault="00BA78F4" w:rsidP="00BA78F4">
      <w:pPr>
        <w:pStyle w:val="ae"/>
        <w:numPr>
          <w:ilvl w:val="0"/>
          <w:numId w:val="10"/>
        </w:numPr>
        <w:tabs>
          <w:tab w:val="left" w:pos="284"/>
        </w:tabs>
        <w:spacing w:after="0"/>
        <w:ind w:left="0" w:firstLine="0"/>
        <w:jc w:val="both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Состав аудиторской группы для проведения настоящего внутреннего аудита:</w:t>
      </w:r>
    </w:p>
    <w:p w14:paraId="58F504D7" w14:textId="02F8B92B" w:rsidR="00BA78F4" w:rsidRPr="00A047D7" w:rsidRDefault="00BA78F4" w:rsidP="00BA78F4">
      <w:pPr>
        <w:tabs>
          <w:tab w:val="left" w:pos="176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ab/>
        <w:t>Руководитель аудиторской группы:</w:t>
      </w:r>
    </w:p>
    <w:p w14:paraId="7C90D8B3" w14:textId="0F9BEABD" w:rsidR="00BA78F4" w:rsidRPr="00A047D7" w:rsidRDefault="00BA78F4" w:rsidP="00BA78F4">
      <w:pPr>
        <w:tabs>
          <w:tab w:val="left" w:pos="176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</w:pP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ab/>
      </w: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ab/>
      </w:r>
      <w:r w:rsidRPr="00A047D7"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  <w:t>Должность</w:t>
      </w:r>
      <w:r w:rsidRPr="00A047D7"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  <w:tab/>
        <w:t>ФИО</w:t>
      </w:r>
    </w:p>
    <w:p w14:paraId="744009C2" w14:textId="6B8907AF" w:rsidR="00BA78F4" w:rsidRPr="00A047D7" w:rsidRDefault="00BA78F4" w:rsidP="00BA78F4">
      <w:pPr>
        <w:tabs>
          <w:tab w:val="left" w:pos="176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ab/>
        <w:t>Члены комиссии:</w:t>
      </w:r>
    </w:p>
    <w:p w14:paraId="09A04D44" w14:textId="4344DB12" w:rsidR="00BA78F4" w:rsidRPr="00A047D7" w:rsidRDefault="00BA78F4" w:rsidP="00BA78F4">
      <w:pPr>
        <w:tabs>
          <w:tab w:val="left" w:pos="176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</w:pP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ab/>
      </w:r>
      <w:r w:rsidRPr="00A047D7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ab/>
      </w:r>
      <w:r w:rsidRPr="00A047D7"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  <w:t>Должность</w:t>
      </w:r>
      <w:r w:rsidRPr="00A047D7"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  <w:tab/>
        <w:t>ФИО</w:t>
      </w:r>
    </w:p>
    <w:p w14:paraId="24952B06" w14:textId="49091844" w:rsidR="00BA78F4" w:rsidRPr="00A047D7" w:rsidRDefault="00BA78F4" w:rsidP="00BA78F4">
      <w:pPr>
        <w:tabs>
          <w:tab w:val="left" w:pos="176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</w:pPr>
      <w:r w:rsidRPr="00A047D7"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  <w:tab/>
      </w:r>
      <w:r w:rsidRPr="00A047D7"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  <w:tab/>
        <w:t>Должность</w:t>
      </w:r>
      <w:r w:rsidRPr="00A047D7">
        <w:rPr>
          <w:rFonts w:ascii="Times New Roman" w:eastAsiaTheme="majorEastAsia" w:hAnsi="Times New Roman" w:cs="Times New Roman"/>
          <w:i/>
          <w:iCs/>
          <w:spacing w:val="5"/>
          <w:kern w:val="28"/>
          <w:sz w:val="24"/>
          <w:szCs w:val="24"/>
          <w:lang w:val="ru-RU"/>
        </w:rPr>
        <w:tab/>
        <w:t>ФИО</w:t>
      </w:r>
    </w:p>
    <w:p w14:paraId="0001AF00" w14:textId="77777777" w:rsidR="00A047D7" w:rsidRDefault="00BA78F4" w:rsidP="00A047D7">
      <w:pPr>
        <w:pStyle w:val="aa"/>
        <w:numPr>
          <w:ilvl w:val="0"/>
          <w:numId w:val="10"/>
        </w:numPr>
        <w:pBdr>
          <w:bottom w:val="none" w:sz="0" w:space="0" w:color="auto"/>
        </w:pBdr>
        <w:spacing w:after="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>Область аудита: а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>рхив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</w:p>
    <w:p w14:paraId="5D5F5282" w14:textId="069FA613" w:rsidR="00A047D7" w:rsidRPr="00A047D7" w:rsidRDefault="00A047D7" w:rsidP="00A047D7">
      <w:pPr>
        <w:pStyle w:val="aa"/>
        <w:numPr>
          <w:ilvl w:val="0"/>
          <w:numId w:val="10"/>
        </w:numPr>
        <w:pBdr>
          <w:bottom w:val="none" w:sz="0" w:space="0" w:color="auto"/>
        </w:pBdr>
        <w:spacing w:after="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A047D7">
        <w:rPr>
          <w:rFonts w:ascii="Times New Roman" w:hAnsi="Times New Roman" w:cs="Times New Roman"/>
          <w:color w:val="auto"/>
          <w:sz w:val="24"/>
          <w:szCs w:val="24"/>
          <w:lang w:val="ru-RU"/>
        </w:rPr>
        <w:t>Методы проведения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настоящего внутреннего</w:t>
      </w:r>
      <w:r w:rsidRPr="00A047D7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аудита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:</w:t>
      </w:r>
      <w:r w:rsidR="00A731BC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_____________________________________</w:t>
      </w:r>
    </w:p>
    <w:p w14:paraId="6D3D9832" w14:textId="70A57D7F" w:rsidR="00085AF3" w:rsidRDefault="00BA78F4" w:rsidP="00BA78F4">
      <w:pPr>
        <w:pStyle w:val="aa"/>
        <w:numPr>
          <w:ilvl w:val="0"/>
          <w:numId w:val="10"/>
        </w:numPr>
        <w:pBdr>
          <w:bottom w:val="none" w:sz="0" w:space="0" w:color="auto"/>
        </w:pBdr>
        <w:spacing w:after="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Критерии настоящего внутреннего аудита:</w:t>
      </w:r>
      <w:r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д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>анный опросный лист предназначен для проведения внутреннего аудита по направлению "</w:t>
      </w:r>
      <w:r w:rsidR="00F50E0B">
        <w:rPr>
          <w:rFonts w:ascii="Times New Roman" w:hAnsi="Times New Roman" w:cs="Times New Roman"/>
          <w:color w:val="auto"/>
          <w:sz w:val="24"/>
          <w:szCs w:val="24"/>
          <w:lang w:val="ru-RU"/>
        </w:rPr>
        <w:t>Реактивы: списание и нейтрализация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" в </w:t>
      </w:r>
      <w:r w:rsidR="00712A0E" w:rsidRPr="00A047D7">
        <w:rPr>
          <w:rFonts w:ascii="Times New Roman" w:hAnsi="Times New Roman" w:cs="Times New Roman"/>
          <w:color w:val="auto"/>
          <w:sz w:val="24"/>
          <w:szCs w:val="24"/>
          <w:lang w:val="ru-RU"/>
        </w:rPr>
        <w:t>лаборатории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и включает вопросы к ответственным лицам, а также анкету для сотрудников. Разработан на основе требований ГОСТ 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</w:rPr>
        <w:t>ISO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>/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</w:rPr>
        <w:t>IEC</w:t>
      </w:r>
      <w:r w:rsidR="00712A0E"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17025-2019, приказа Минэкономразвития РФ №707</w:t>
      </w:r>
      <w:r w:rsidR="00F50E0B">
        <w:rPr>
          <w:rFonts w:ascii="Times New Roman" w:hAnsi="Times New Roman" w:cs="Times New Roman"/>
          <w:color w:val="auto"/>
          <w:sz w:val="24"/>
          <w:szCs w:val="24"/>
          <w:lang w:val="ru-RU"/>
        </w:rPr>
        <w:t>;</w:t>
      </w:r>
      <w:r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внутренних документов </w:t>
      </w:r>
      <w:r w:rsidRPr="00BA78F4">
        <w:rPr>
          <w:rFonts w:ascii="Times New Roman" w:hAnsi="Times New Roman" w:cs="Times New Roman"/>
          <w:i/>
          <w:iCs/>
          <w:color w:val="auto"/>
          <w:sz w:val="24"/>
          <w:szCs w:val="24"/>
          <w:lang w:val="ru-RU"/>
        </w:rPr>
        <w:t>лаборатории</w:t>
      </w:r>
      <w:r w:rsidR="00F50E0B">
        <w:rPr>
          <w:rFonts w:ascii="Times New Roman" w:hAnsi="Times New Roman" w:cs="Times New Roman"/>
          <w:i/>
          <w:iCs/>
          <w:color w:val="auto"/>
          <w:sz w:val="24"/>
          <w:szCs w:val="24"/>
          <w:lang w:val="ru-RU"/>
        </w:rPr>
        <w:t xml:space="preserve"> и других внешних документов</w:t>
      </w:r>
      <w:r w:rsidRPr="00BA78F4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</w:p>
    <w:p w14:paraId="38A271A0" w14:textId="6CFAA028" w:rsidR="008C6DA8" w:rsidRPr="008C6DA8" w:rsidRDefault="008C6DA8" w:rsidP="008C6DA8">
      <w:pPr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</w:pPr>
      <w:r w:rsidRPr="008C6DA8"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6. Адрес проведения настоящего внутреннего аудита: ______________________________________</w:t>
      </w:r>
      <w:r>
        <w:rPr>
          <w:rFonts w:ascii="Times New Roman" w:eastAsiaTheme="majorEastAsia" w:hAnsi="Times New Roman" w:cs="Times New Roman"/>
          <w:spacing w:val="5"/>
          <w:kern w:val="28"/>
          <w:sz w:val="24"/>
          <w:szCs w:val="24"/>
          <w:lang w:val="ru-RU"/>
        </w:rPr>
        <w:t>_</w:t>
      </w:r>
    </w:p>
    <w:p w14:paraId="6F049971" w14:textId="14E09980" w:rsidR="00085AF3" w:rsidRPr="00AD3322" w:rsidRDefault="00712A0E" w:rsidP="00BA78F4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color w:val="auto"/>
          <w:sz w:val="24"/>
          <w:szCs w:val="24"/>
        </w:rPr>
        <w:t>I</w:t>
      </w:r>
      <w:r w:rsidRPr="00AD3322">
        <w:rPr>
          <w:rFonts w:ascii="Times New Roman" w:hAnsi="Times New Roman" w:cs="Times New Roman"/>
          <w:color w:val="auto"/>
          <w:sz w:val="24"/>
          <w:szCs w:val="24"/>
          <w:lang w:val="ru-RU"/>
        </w:rPr>
        <w:t>. Вопросы к ответственному</w:t>
      </w:r>
    </w:p>
    <w:p w14:paraId="24DCC0F3" w14:textId="2240C8E6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Hlk193981743"/>
      <w:r w:rsidRPr="004C45FF">
        <w:rPr>
          <w:rFonts w:ascii="Times New Roman" w:hAnsi="Times New Roman" w:cs="Times New Roman"/>
          <w:sz w:val="24"/>
          <w:szCs w:val="24"/>
          <w:lang w:val="ru-RU"/>
        </w:rPr>
        <w:t>Назначены ли ответственные за учёт реактивов и за обращение с отходами (с указанием замещающих лиц)?</w:t>
      </w:r>
    </w:p>
    <w:p w14:paraId="16EB5C1F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5E39D2BF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6B56E025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7EE1E7D2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1963B3EE" w14:textId="1E5CA9EA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2B023363" w14:textId="2A67D940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Утверждены ли в СМ процедуры по приёмке, хранению, маркировке, инвентаризации, карантину и утилизации?</w:t>
      </w:r>
    </w:p>
    <w:p w14:paraId="00E00A0D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2DEE3BFD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27801348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7770833D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6B6EB54C" w14:textId="29E4EE0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1BF022D0" w14:textId="13D08F1B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 xml:space="preserve">Определены ли критерии разграничения «сток </w:t>
      </w:r>
      <w:proofErr w:type="spellStart"/>
      <w:r w:rsidRPr="004C45FF">
        <w:rPr>
          <w:rFonts w:ascii="Times New Roman" w:hAnsi="Times New Roman" w:cs="Times New Roman"/>
          <w:sz w:val="24"/>
          <w:szCs w:val="24"/>
          <w:lang w:val="ru-RU"/>
        </w:rPr>
        <w:t>vs</w:t>
      </w:r>
      <w:proofErr w:type="spellEnd"/>
      <w:r w:rsidRPr="004C45FF">
        <w:rPr>
          <w:rFonts w:ascii="Times New Roman" w:hAnsi="Times New Roman" w:cs="Times New Roman"/>
          <w:sz w:val="24"/>
          <w:szCs w:val="24"/>
          <w:lang w:val="ru-RU"/>
        </w:rPr>
        <w:t>. отход» и места образования отходов</w:t>
      </w:r>
      <w:r w:rsidR="000C22B8" w:rsidRPr="00AD332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047BF9FE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23323142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57987C5A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0FE77E90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0B534025" w14:textId="517B83B3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00C55D38" w14:textId="60D2165C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 xml:space="preserve">Ведётся ли актуальный реестр </w:t>
      </w:r>
      <w:r w:rsidR="008C3ED5">
        <w:rPr>
          <w:rFonts w:ascii="Times New Roman" w:hAnsi="Times New Roman" w:cs="Times New Roman"/>
          <w:sz w:val="24"/>
          <w:szCs w:val="24"/>
          <w:lang w:val="ru-RU"/>
        </w:rPr>
        <w:t>реактивов</w:t>
      </w:r>
      <w:r w:rsidRPr="004C45FF">
        <w:rPr>
          <w:rFonts w:ascii="Times New Roman" w:hAnsi="Times New Roman" w:cs="Times New Roman"/>
          <w:sz w:val="24"/>
          <w:szCs w:val="24"/>
          <w:lang w:val="ru-RU"/>
        </w:rPr>
        <w:t xml:space="preserve"> (сроки, остатки, SDS</w:t>
      </w:r>
      <w:r w:rsidR="008C3ED5">
        <w:rPr>
          <w:rFonts w:ascii="Times New Roman" w:hAnsi="Times New Roman" w:cs="Times New Roman"/>
          <w:sz w:val="24"/>
          <w:szCs w:val="24"/>
          <w:lang w:val="ru-RU"/>
        </w:rPr>
        <w:t xml:space="preserve"> и т.д.</w:t>
      </w:r>
      <w:r w:rsidRPr="004C45FF">
        <w:rPr>
          <w:rFonts w:ascii="Times New Roman" w:hAnsi="Times New Roman" w:cs="Times New Roman"/>
          <w:sz w:val="24"/>
          <w:szCs w:val="24"/>
          <w:lang w:val="ru-RU"/>
        </w:rPr>
        <w:t>)?</w:t>
      </w:r>
    </w:p>
    <w:p w14:paraId="05527F70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48EF9BA4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2B32C602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55E315FD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lastRenderedPageBreak/>
        <w:t>Требуются ли улучшения: требуются / не требуются.</w:t>
      </w:r>
    </w:p>
    <w:p w14:paraId="2E92F0DA" w14:textId="0C8E6C1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4C9D0BBE" w14:textId="2EF10D78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 xml:space="preserve">Установлена ли периодичность инвентаризации и выполняется ли </w:t>
      </w:r>
      <w:r w:rsidR="008C3ED5">
        <w:rPr>
          <w:rFonts w:ascii="Times New Roman" w:hAnsi="Times New Roman" w:cs="Times New Roman"/>
          <w:sz w:val="24"/>
          <w:szCs w:val="24"/>
          <w:lang w:val="ru-RU"/>
        </w:rPr>
        <w:t>она</w:t>
      </w:r>
      <w:r w:rsidRPr="004C45FF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41CA69AD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0D44E6F8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275D78C2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47EE7AF3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083D7FC4" w14:textId="5F61C2B3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16D63073" w14:textId="68627DD2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Pr="004C45FF">
        <w:rPr>
          <w:rFonts w:ascii="Times New Roman" w:hAnsi="Times New Roman" w:cs="Times New Roman"/>
          <w:sz w:val="24"/>
          <w:szCs w:val="24"/>
          <w:lang w:val="ru-RU"/>
        </w:rPr>
        <w:t>роверяются ли при приёмке: соответствие наименования/концентрации/партии, сроки годности, целостность тары, условия перевозки</w:t>
      </w:r>
      <w:r w:rsidR="002B5E1D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6C270942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309B2881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4B6DBCB2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4BECDEB7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4385852C" w14:textId="46673229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4DC3D771" w14:textId="460B891A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Ведётся ли акт расхождений/рекламация поставщику при несоответствиях?</w:t>
      </w:r>
    </w:p>
    <w:p w14:paraId="3CFCE52D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4CF0B149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48CE115D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247D0071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439782DC" w14:textId="39E23CA9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019458D8" w14:textId="2581D308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Хранятся ли SDS/Паспорта безопасности на все позиции, доступ к актуальным версиям?</w:t>
      </w:r>
    </w:p>
    <w:p w14:paraId="3F03C401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0E83369A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5AD27C6C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57FC2A34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1305590C" w14:textId="22AC4624" w:rsidR="00F0751F" w:rsidRPr="004C45FF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1D432B91" w14:textId="0D68D95E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Определены ли классы хранения (кислоты/щёлочи/окислители/ЛВЖ/и т.п.) и правила совместимости?</w:t>
      </w:r>
    </w:p>
    <w:p w14:paraId="436465B4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7D9E77DD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43695272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3A8CAE50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0A67932A" w14:textId="24A5DFE5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7B410535" w14:textId="77E659DD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Обеспечены ли условия хранения (t°, свет, вентиляция, защита от источников воспламенения для ЛВЖ)</w:t>
      </w:r>
      <w:r w:rsidR="000C22B8" w:rsidRPr="00AD332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7735017A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47868BBF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0FAC03EB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551F0691" w14:textId="77777777" w:rsidR="00F0751F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5B127489" w14:textId="1C147E02" w:rsidR="000C22B8" w:rsidRPr="00AD3322" w:rsidRDefault="00F0751F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</w:t>
      </w:r>
    </w:p>
    <w:p w14:paraId="439A25BD" w14:textId="75DEAA9B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Имеются ли логгеры температуры для холодильников/морозильников, ведётся ли контроль и реакции на отклонения?</w:t>
      </w:r>
    </w:p>
    <w:p w14:paraId="33707498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7C35ABE1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320FCD93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lastRenderedPageBreak/>
        <w:t>Требуются ли корректирующие действия: требуются / не требуются.</w:t>
      </w:r>
    </w:p>
    <w:p w14:paraId="234E5D8A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39933F19" w14:textId="5932D02B" w:rsidR="000C22B8" w:rsidRPr="00AD3322" w:rsidRDefault="000C22B8" w:rsidP="00F0751F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5EA3C737" w14:textId="089ED904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Применяется ли принцип</w:t>
      </w:r>
      <w:r w:rsidR="002B5E1D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4C45FF">
        <w:rPr>
          <w:rFonts w:ascii="Times New Roman" w:hAnsi="Times New Roman" w:cs="Times New Roman"/>
          <w:sz w:val="24"/>
          <w:szCs w:val="24"/>
          <w:lang w:val="ru-RU"/>
        </w:rPr>
        <w:t>раньше истекает — раньше используется?</w:t>
      </w:r>
    </w:p>
    <w:p w14:paraId="3EEE9C74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62F4DCAA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66C24D62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471F8A75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13C6374B" w14:textId="4263486F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7B772AB7" w14:textId="08FF5F93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Организована ли физическая раздельность несмешиваемых групп (зональные полки, поддоны-уловители для жидкостей)?</w:t>
      </w:r>
    </w:p>
    <w:p w14:paraId="0E4F8933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1C4F31C3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2534BD37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734BA35F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48023DF4" w14:textId="305D0205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30C3B277" w14:textId="2727E2D2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4C45FF">
        <w:rPr>
          <w:rFonts w:ascii="Times New Roman" w:hAnsi="Times New Roman" w:cs="Times New Roman"/>
          <w:sz w:val="24"/>
          <w:szCs w:val="24"/>
          <w:lang w:val="ru-RU"/>
        </w:rPr>
        <w:t>сть ли ярлык на каждой единице тары с: названием, концентрацией, датой поступления/вскрытия, сроком годности, ответственным, особыми условиями?</w:t>
      </w:r>
    </w:p>
    <w:p w14:paraId="49D6566B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3EBE2C2D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20B18401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5521E30B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40354AEF" w14:textId="5CECF1A6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63896A1B" w14:textId="61D9BB3B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Применяются ли пиктограммы опасности по ГОСТ 31340-2022 и знаки безопасности по ГОСТ 12.4.026-2015 в помещениях/на дверях?</w:t>
      </w:r>
    </w:p>
    <w:p w14:paraId="661D89C2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163AC83F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6820DA86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4F6C2504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78F0AAE9" w14:textId="5182EF6C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4BC341BA" w14:textId="00CD5681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Промаркированы ли места накопления отходов (табличка «Место накопления», ответственный, виды/ФККО/классы, напоминание ≤ 11 месяцев)?</w:t>
      </w:r>
    </w:p>
    <w:p w14:paraId="2A0B239B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0861C5AE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29E96BEB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7ADDE9B0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607C53AD" w14:textId="7C805214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</w:t>
      </w:r>
    </w:p>
    <w:p w14:paraId="0FCD7347" w14:textId="2760823E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Установлен ли порядок: обнаружено → остановка использования → маркировка «Карантин» → изъятие → запись в журнал?</w:t>
      </w:r>
    </w:p>
    <w:p w14:paraId="7477D064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33827D19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3005E9CC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6DE6F60C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3C7142A4" w14:textId="54634EA8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2F756666" w14:textId="443766CB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lastRenderedPageBreak/>
        <w:t>Выделены ли карантинные зоны: отдельная полка/шкаф/комната с физической раздельностью от годного запаса?</w:t>
      </w:r>
    </w:p>
    <w:p w14:paraId="713C9834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3CA7EEF0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11864455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66F82DDE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1C6F5191" w14:textId="123571EE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74F9936E" w14:textId="543C059E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 xml:space="preserve">Описан ли </w:t>
      </w:r>
      <w:proofErr w:type="spellStart"/>
      <w:r w:rsidRPr="004C45FF">
        <w:rPr>
          <w:rFonts w:ascii="Times New Roman" w:hAnsi="Times New Roman" w:cs="Times New Roman"/>
          <w:sz w:val="24"/>
          <w:szCs w:val="24"/>
          <w:lang w:val="ru-RU"/>
        </w:rPr>
        <w:t>оверпак</w:t>
      </w:r>
      <w:proofErr w:type="spellEnd"/>
      <w:r w:rsidRPr="004C45FF">
        <w:rPr>
          <w:rFonts w:ascii="Times New Roman" w:hAnsi="Times New Roman" w:cs="Times New Roman"/>
          <w:sz w:val="24"/>
          <w:szCs w:val="24"/>
          <w:lang w:val="ru-RU"/>
        </w:rPr>
        <w:t xml:space="preserve"> и порядок действий при повреждённой/негерметичной таре?</w:t>
      </w:r>
    </w:p>
    <w:p w14:paraId="61A3C6E4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631207A5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45BC3795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60AD2585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1DB05026" w14:textId="634AB610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2C696A41" w14:textId="4B85E14B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Как определяются вид отхода по ФККО и класс опасности (I–V)? Кто ответственный?</w:t>
      </w:r>
    </w:p>
    <w:p w14:paraId="6C526796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305CD1C4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73E811CF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29002896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6A20E89D" w14:textId="71D6B072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39619FE9" w14:textId="19397F03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Применяются ли критерии отнесения (если вида нет в ФККО) и оформляется ли расчёт по действующему приказу?</w:t>
      </w:r>
    </w:p>
    <w:p w14:paraId="5070DB23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1493AD1A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00647AB1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29C38D47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4DCA4C6A" w14:textId="23F6BB8D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689575FE" w14:textId="76D0B672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Ведётся ли учёт кодов ФККО в ярлыках/журналах?</w:t>
      </w:r>
    </w:p>
    <w:p w14:paraId="75FB2E04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402157D3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5A33039B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721E35DC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3FF43258" w14:textId="18308A62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5A084437" w14:textId="0107D084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Соблюдается ли срок накопления ≤ 11 месяцев; есть ли контроль дат начала накопления?</w:t>
      </w:r>
    </w:p>
    <w:p w14:paraId="02A306FC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434FA0C0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60D6D039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2BFF0FD2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23D70DAE" w14:textId="0413632F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32875D46" w14:textId="4ED57277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4C45FF">
        <w:rPr>
          <w:rFonts w:ascii="Times New Roman" w:hAnsi="Times New Roman" w:cs="Times New Roman"/>
          <w:sz w:val="24"/>
          <w:szCs w:val="24"/>
          <w:lang w:val="ru-RU"/>
        </w:rPr>
        <w:t xml:space="preserve">оответствует ли тара для накопления классу опасности/агрегатному состоянию (герметичная </w:t>
      </w:r>
      <w:proofErr w:type="spellStart"/>
      <w:r w:rsidRPr="004C45FF">
        <w:rPr>
          <w:rFonts w:ascii="Times New Roman" w:hAnsi="Times New Roman" w:cs="Times New Roman"/>
          <w:sz w:val="24"/>
          <w:szCs w:val="24"/>
          <w:lang w:val="ru-RU"/>
        </w:rPr>
        <w:t>химстойкая</w:t>
      </w:r>
      <w:proofErr w:type="spellEnd"/>
      <w:r w:rsidRPr="004C45FF">
        <w:rPr>
          <w:rFonts w:ascii="Times New Roman" w:hAnsi="Times New Roman" w:cs="Times New Roman"/>
          <w:sz w:val="24"/>
          <w:szCs w:val="24"/>
          <w:lang w:val="ru-RU"/>
        </w:rPr>
        <w:t xml:space="preserve"> тара для жидкостей; оборотные ёмкости для I класса и т.д.)?</w:t>
      </w:r>
    </w:p>
    <w:p w14:paraId="33838462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577A6251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0D1A988B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505ABB2D" w14:textId="77777777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6D951D57" w14:textId="6912605D" w:rsidR="000C22B8" w:rsidRPr="00AD3322" w:rsidRDefault="000C22B8" w:rsidP="000C22B8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Примечания: _________________________________________________________________</w:t>
      </w:r>
    </w:p>
    <w:p w14:paraId="36B0B2F9" w14:textId="1EAC5246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Ведутся ли журналы мест накопления (вид, ФККО, класс, дата начала, объём/масса, ответственный)?</w:t>
      </w:r>
    </w:p>
    <w:p w14:paraId="4176A96E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004EC764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6944066A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71B70E76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53DCFD9A" w14:textId="52A51725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3AD8157A" w14:textId="5025096B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 xml:space="preserve">Есть ли действующий договор водоотведения и локальные Правила приёма водоканала (диапазон </w:t>
      </w:r>
      <w:proofErr w:type="spellStart"/>
      <w:r w:rsidRPr="004C45FF">
        <w:rPr>
          <w:rFonts w:ascii="Times New Roman" w:hAnsi="Times New Roman" w:cs="Times New Roman"/>
          <w:sz w:val="24"/>
          <w:szCs w:val="24"/>
          <w:lang w:val="ru-RU"/>
        </w:rPr>
        <w:t>pH</w:t>
      </w:r>
      <w:proofErr w:type="spellEnd"/>
      <w:r w:rsidRPr="004C45FF">
        <w:rPr>
          <w:rFonts w:ascii="Times New Roman" w:hAnsi="Times New Roman" w:cs="Times New Roman"/>
          <w:sz w:val="24"/>
          <w:szCs w:val="24"/>
          <w:lang w:val="ru-RU"/>
        </w:rPr>
        <w:t>, запреты)?</w:t>
      </w:r>
    </w:p>
    <w:p w14:paraId="16E0B706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45DA2524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5CCFA640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2529CCBA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37E72982" w14:textId="1004AEA3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2B1FBCEA" w14:textId="15E8E754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 xml:space="preserve">Описана ли в СМ процедура нейтрализации стоков (реагент, порядок смешения «щёлочь в кислоту», </w:t>
      </w:r>
      <w:proofErr w:type="spellStart"/>
      <w:r w:rsidRPr="004C45FF">
        <w:rPr>
          <w:rFonts w:ascii="Times New Roman" w:hAnsi="Times New Roman" w:cs="Times New Roman"/>
          <w:sz w:val="24"/>
          <w:szCs w:val="24"/>
          <w:lang w:val="ru-RU"/>
        </w:rPr>
        <w:t>охладжение</w:t>
      </w:r>
      <w:proofErr w:type="spellEnd"/>
      <w:r w:rsidRPr="004C45FF">
        <w:rPr>
          <w:rFonts w:ascii="Times New Roman" w:hAnsi="Times New Roman" w:cs="Times New Roman"/>
          <w:sz w:val="24"/>
          <w:szCs w:val="24"/>
          <w:lang w:val="ru-RU"/>
        </w:rPr>
        <w:t xml:space="preserve">, контроль </w:t>
      </w:r>
      <w:proofErr w:type="spellStart"/>
      <w:r w:rsidRPr="004C45FF">
        <w:rPr>
          <w:rFonts w:ascii="Times New Roman" w:hAnsi="Times New Roman" w:cs="Times New Roman"/>
          <w:sz w:val="24"/>
          <w:szCs w:val="24"/>
          <w:lang w:val="ru-RU"/>
        </w:rPr>
        <w:t>pH</w:t>
      </w:r>
      <w:proofErr w:type="spellEnd"/>
      <w:r w:rsidRPr="004C45FF">
        <w:rPr>
          <w:rFonts w:ascii="Times New Roman" w:hAnsi="Times New Roman" w:cs="Times New Roman"/>
          <w:sz w:val="24"/>
          <w:szCs w:val="24"/>
          <w:lang w:val="ru-RU"/>
        </w:rPr>
        <w:t>, ЧС)?</w:t>
      </w:r>
    </w:p>
    <w:p w14:paraId="7BBE7BE5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55A3F9A6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0EAD4015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278012E3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22FF4388" w14:textId="7CC296ED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07A84D2B" w14:textId="51E87845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Выполняется ли контроль сточных вод аккредитованной лабораторией с установленной периодичностью и точками отбора?</w:t>
      </w:r>
    </w:p>
    <w:p w14:paraId="3555C8D7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3706A185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146F34C0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09475D87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5E5AC0A9" w14:textId="38DD1E8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7E96DDB7" w14:textId="1FEE8F2E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Ведётся ли журнал нейтрализации и имеются ли протоколы анализа проб?</w:t>
      </w:r>
    </w:p>
    <w:p w14:paraId="6B8C0561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75B7495B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13861049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192B8D79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1DF791C8" w14:textId="5D77A45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4E3DDB47" w14:textId="284E01E0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Заключён ли договор с лицензированным оператором (I–IV классы), проверен ли статус лицензии, перечень ФККО/операций?</w:t>
      </w:r>
    </w:p>
    <w:p w14:paraId="79B65CA7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640D6E73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72530E50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7758F969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53AAC24B" w14:textId="576A3134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5D632668" w14:textId="59E15D24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Формируются ли корректные документы передачи: накладные/акты, маршрутные листы?</w:t>
      </w:r>
    </w:p>
    <w:p w14:paraId="33B19CEE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3FDE3133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4A124A18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lastRenderedPageBreak/>
        <w:t>Требуются ли корректирующие действия: требуются / не требуются.</w:t>
      </w:r>
    </w:p>
    <w:p w14:paraId="3AB14905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05E3F125" w14:textId="28BE519F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7508BA30" w14:textId="388B99D0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Разрешены ли утилизируемые V класс операции силами лаборатории (дробление/пресс/подготовка к вторсырью) и как они оформляются?</w:t>
      </w:r>
    </w:p>
    <w:p w14:paraId="4284A364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757D0F69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59C53869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7E120B5A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5E98A4AA" w14:textId="240E99DD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3A6AD002" w14:textId="2F2AEF0E" w:rsidR="004C45FF" w:rsidRPr="00AD3322" w:rsidRDefault="004C45FF" w:rsidP="004C45FF">
      <w:pPr>
        <w:pStyle w:val="a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 xml:space="preserve">Описана ли процедура </w:t>
      </w:r>
      <w:proofErr w:type="spellStart"/>
      <w:r w:rsidRPr="004C45FF">
        <w:rPr>
          <w:rFonts w:ascii="Times New Roman" w:hAnsi="Times New Roman" w:cs="Times New Roman"/>
          <w:sz w:val="24"/>
          <w:szCs w:val="24"/>
          <w:lang w:val="ru-RU"/>
        </w:rPr>
        <w:t>автоклавирования</w:t>
      </w:r>
      <w:proofErr w:type="spellEnd"/>
      <w:r w:rsidRPr="004C45FF">
        <w:rPr>
          <w:rFonts w:ascii="Times New Roman" w:hAnsi="Times New Roman" w:cs="Times New Roman"/>
          <w:sz w:val="24"/>
          <w:szCs w:val="24"/>
          <w:lang w:val="ru-RU"/>
        </w:rPr>
        <w:t xml:space="preserve"> (режимы для твёрдых/жидких, индикаторы, журналы, изменение внешнего вида)?</w:t>
      </w:r>
    </w:p>
    <w:p w14:paraId="3A722CEF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4932A923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378F752A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158E90BF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1D21B884" w14:textId="652E33F1" w:rsidR="00AD3322" w:rsidRPr="004C45FF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3CD4DDB5" w14:textId="795E88DE" w:rsidR="004C45FF" w:rsidRPr="00AD3322" w:rsidRDefault="004C45FF" w:rsidP="004C45FF">
      <w:pPr>
        <w:pStyle w:val="a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Выполняется ли перевод в режим класса А после аппаратного обеззараживания и изменения внешнего вида, корректна ли маркировка «обеззаражено»?</w:t>
      </w:r>
    </w:p>
    <w:p w14:paraId="38252867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048BD8D4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0409F597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0D1F5AA8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3AB5B3BF" w14:textId="15F9E74B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2BC8F657" w14:textId="2BF33DBE" w:rsidR="004C45FF" w:rsidRPr="00AD3322" w:rsidRDefault="004C45FF" w:rsidP="004C45FF">
      <w:pPr>
        <w:pStyle w:val="a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Установлен ли порядок возврата как имущества (не отход) при браке</w:t>
      </w:r>
      <w:r w:rsidR="002B5E1D">
        <w:rPr>
          <w:rFonts w:ascii="Times New Roman" w:hAnsi="Times New Roman" w:cs="Times New Roman"/>
          <w:sz w:val="24"/>
          <w:szCs w:val="24"/>
          <w:lang w:val="ru-RU"/>
        </w:rPr>
        <w:t xml:space="preserve"> и так далее</w:t>
      </w:r>
      <w:r w:rsidRPr="004C45FF">
        <w:rPr>
          <w:rFonts w:ascii="Times New Roman" w:hAnsi="Times New Roman" w:cs="Times New Roman"/>
          <w:sz w:val="24"/>
          <w:szCs w:val="24"/>
          <w:lang w:val="ru-RU"/>
        </w:rPr>
        <w:t>; исключено ли «дарение отходов»?</w:t>
      </w:r>
    </w:p>
    <w:p w14:paraId="0DED2E9F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5F223EBC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3FCD9C3F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4DEFF095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06FF4F96" w14:textId="523C964A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7D4201C0" w14:textId="261721C2" w:rsidR="004C45FF" w:rsidRPr="00AD3322" w:rsidRDefault="004C45FF" w:rsidP="004C45FF">
      <w:pPr>
        <w:pStyle w:val="a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Оформляется ли акт оценки пригодности для передач на учебные цели (при условии, что это имущество, а не отход)?</w:t>
      </w:r>
    </w:p>
    <w:p w14:paraId="6D054ED8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7FAE9C3E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68ACE664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4C0F6B82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6076CA85" w14:textId="16A4D4F8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2A5C86CF" w14:textId="2D9475F2" w:rsidR="004C45FF" w:rsidRPr="00AD3322" w:rsidRDefault="004C45FF" w:rsidP="004C45FF">
      <w:pPr>
        <w:pStyle w:val="a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Актуализируются ли инструкции при изменении требований (включая локальные Правила приёма водоканала)?</w:t>
      </w:r>
    </w:p>
    <w:p w14:paraId="2CCBBC91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1F0DDA86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718503F8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16F63144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5AD7414E" w14:textId="5BFD78FB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Примечания: _________________________________________________________________</w:t>
      </w:r>
    </w:p>
    <w:p w14:paraId="275FD778" w14:textId="799C58AE" w:rsidR="004C45FF" w:rsidRPr="00AD3322" w:rsidRDefault="004C45FF" w:rsidP="004C45FF">
      <w:pPr>
        <w:pStyle w:val="a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Pr="004C45FF">
        <w:rPr>
          <w:rFonts w:ascii="Times New Roman" w:hAnsi="Times New Roman" w:cs="Times New Roman"/>
          <w:sz w:val="24"/>
          <w:szCs w:val="24"/>
          <w:lang w:val="ru-RU"/>
        </w:rPr>
        <w:t xml:space="preserve">оводится ли обучение персонала (вводное, периодическое, целевое) по </w:t>
      </w:r>
      <w:proofErr w:type="spellStart"/>
      <w:r w:rsidRPr="004C45FF">
        <w:rPr>
          <w:rFonts w:ascii="Times New Roman" w:hAnsi="Times New Roman" w:cs="Times New Roman"/>
          <w:sz w:val="24"/>
          <w:szCs w:val="24"/>
          <w:lang w:val="ru-RU"/>
        </w:rPr>
        <w:t>химбезопасности</w:t>
      </w:r>
      <w:proofErr w:type="spellEnd"/>
      <w:r w:rsidRPr="004C45FF">
        <w:rPr>
          <w:rFonts w:ascii="Times New Roman" w:hAnsi="Times New Roman" w:cs="Times New Roman"/>
          <w:sz w:val="24"/>
          <w:szCs w:val="24"/>
          <w:lang w:val="ru-RU"/>
        </w:rPr>
        <w:t>, стокам и отходам?</w:t>
      </w:r>
    </w:p>
    <w:p w14:paraId="53FC88B9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1A15FB33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58528CC5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71EF5913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7E02FEF9" w14:textId="63E4A081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5E8DFAEA" w14:textId="578F65D3" w:rsidR="004C45FF" w:rsidRPr="00AD3322" w:rsidRDefault="004C45FF" w:rsidP="004C45FF">
      <w:pPr>
        <w:pStyle w:val="a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 xml:space="preserve">Ведётся ли учёт инцидентов/проливов и анализ причин; есть ли наборы для локализации/нейтрализации, </w:t>
      </w:r>
      <w:proofErr w:type="spellStart"/>
      <w:r w:rsidRPr="004C45FF">
        <w:rPr>
          <w:rFonts w:ascii="Times New Roman" w:hAnsi="Times New Roman" w:cs="Times New Roman"/>
          <w:sz w:val="24"/>
          <w:szCs w:val="24"/>
          <w:lang w:val="ru-RU"/>
        </w:rPr>
        <w:t>оверпаки</w:t>
      </w:r>
      <w:proofErr w:type="spellEnd"/>
      <w:r w:rsidRPr="004C45FF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20F10A7E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5A2C46C2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6FA36926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6B05CD7D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3342351B" w14:textId="0F563783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61C77AE1" w14:textId="6CBCC0CE" w:rsidR="004C45FF" w:rsidRPr="00AD3322" w:rsidRDefault="004C45FF" w:rsidP="004C45FF">
      <w:pPr>
        <w:pStyle w:val="a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45FF">
        <w:rPr>
          <w:rFonts w:ascii="Times New Roman" w:hAnsi="Times New Roman" w:cs="Times New Roman"/>
          <w:sz w:val="24"/>
          <w:szCs w:val="24"/>
          <w:lang w:val="ru-RU"/>
        </w:rPr>
        <w:t>Есть ли метрики (доля просрочек, средний возраст запасов, план вывоза, % корректно промаркированных позиций)?</w:t>
      </w:r>
    </w:p>
    <w:p w14:paraId="4FD2B178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Фактическое состояние: _______________________________________________________</w:t>
      </w:r>
    </w:p>
    <w:p w14:paraId="60EF34A3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Вывод: соответствует / не соответствует.</w:t>
      </w:r>
    </w:p>
    <w:p w14:paraId="53C34E92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корректирующие действия: требуются / не требуются.</w:t>
      </w:r>
    </w:p>
    <w:p w14:paraId="06AA0C76" w14:textId="77777777" w:rsidR="00AD3322" w:rsidRPr="00AD3322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Требуются ли улучшения: требуются / не требуются.</w:t>
      </w:r>
    </w:p>
    <w:p w14:paraId="203D9D04" w14:textId="1B84FA9F" w:rsidR="00AD3322" w:rsidRPr="004C45FF" w:rsidRDefault="00AD3322" w:rsidP="00AD3322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D3322">
        <w:rPr>
          <w:rFonts w:ascii="Times New Roman" w:hAnsi="Times New Roman" w:cs="Times New Roman"/>
          <w:sz w:val="24"/>
          <w:szCs w:val="24"/>
          <w:lang w:val="ru-RU"/>
        </w:rPr>
        <w:t>Примечания: _________________________________________________________________</w:t>
      </w:r>
    </w:p>
    <w:p w14:paraId="259913FD" w14:textId="77777777" w:rsidR="004C45FF" w:rsidRPr="00AD3322" w:rsidRDefault="004C45FF" w:rsidP="00BD1C71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bookmarkEnd w:id="0"/>
    <w:p w14:paraId="49E31AF0" w14:textId="77777777" w:rsidR="004D7019" w:rsidRDefault="004D7019" w:rsidP="00BD1C71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28BA19" w14:textId="5E3EE24C" w:rsidR="004D7019" w:rsidRDefault="004D7019" w:rsidP="00BD1C71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Прочие несоответствия, обнаруженные в ходе проведения настоящего внутреннего аудита:</w:t>
      </w:r>
    </w:p>
    <w:p w14:paraId="2CE58D86" w14:textId="06844488" w:rsidR="004D7019" w:rsidRDefault="004D7019" w:rsidP="00BD1C71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_____________________________________________________________________________</w:t>
      </w:r>
    </w:p>
    <w:p w14:paraId="1B45CD15" w14:textId="378CEA83" w:rsidR="004D7019" w:rsidRDefault="004D7019" w:rsidP="00BD1C71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Прочие предложения по улучшению:</w:t>
      </w:r>
    </w:p>
    <w:p w14:paraId="340D6E12" w14:textId="43E8F01A" w:rsidR="004D7019" w:rsidRPr="00BD1C71" w:rsidRDefault="004D7019" w:rsidP="00BD1C71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_____________________________________________________________________________</w:t>
      </w:r>
    </w:p>
    <w:p w14:paraId="2214EF48" w14:textId="77777777" w:rsidR="008C6DA8" w:rsidRDefault="008C6DA8" w:rsidP="00F61365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ACFDDF9" w14:textId="77777777" w:rsidR="008C6DA8" w:rsidRDefault="008C6DA8" w:rsidP="00F61365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7E95C51" w14:textId="182C6949" w:rsidR="00F61365" w:rsidRDefault="00F61365" w:rsidP="00F61365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365">
        <w:rPr>
          <w:rFonts w:ascii="Times New Roman" w:hAnsi="Times New Roman" w:cs="Times New Roman"/>
          <w:sz w:val="24"/>
          <w:szCs w:val="24"/>
          <w:lang w:val="ru-RU"/>
        </w:rPr>
        <w:t xml:space="preserve">ФИО проверяющего внутреннего аудитора: ___________________________ </w:t>
      </w:r>
      <w:r w:rsidRPr="00F61365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61365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6E873FFA" w14:textId="77777777" w:rsidR="00F61365" w:rsidRPr="00BA78F4" w:rsidRDefault="00F61365" w:rsidP="00F61365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365">
        <w:rPr>
          <w:rFonts w:ascii="Times New Roman" w:hAnsi="Times New Roman" w:cs="Times New Roman"/>
          <w:sz w:val="24"/>
          <w:szCs w:val="24"/>
          <w:lang w:val="ru-RU"/>
        </w:rPr>
        <w:t xml:space="preserve">Подпись: ___________________ </w:t>
      </w:r>
      <w:r w:rsidRPr="00F61365"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 w:rsidRPr="00F61365">
        <w:rPr>
          <w:rFonts w:ascii="Times New Roman" w:hAnsi="Times New Roman" w:cs="Times New Roman"/>
          <w:sz w:val="24"/>
          <w:szCs w:val="24"/>
          <w:lang w:val="ru-RU"/>
        </w:rPr>
        <w:t>Дата:_</w:t>
      </w:r>
      <w:proofErr w:type="gramEnd"/>
      <w:r w:rsidRPr="00F61365">
        <w:rPr>
          <w:rFonts w:ascii="Times New Roman" w:hAnsi="Times New Roman" w:cs="Times New Roman"/>
          <w:sz w:val="24"/>
          <w:szCs w:val="24"/>
          <w:lang w:val="ru-RU"/>
        </w:rPr>
        <w:t>____________</w:t>
      </w:r>
    </w:p>
    <w:p w14:paraId="3201E446" w14:textId="76637493" w:rsidR="00085AF3" w:rsidRDefault="00712A0E" w:rsidP="00D93361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D93361">
        <w:rPr>
          <w:rFonts w:ascii="Times New Roman" w:hAnsi="Times New Roman" w:cs="Times New Roman"/>
          <w:color w:val="auto"/>
          <w:sz w:val="24"/>
          <w:szCs w:val="24"/>
        </w:rPr>
        <w:t>II</w:t>
      </w:r>
      <w:r w:rsidRPr="00D93361">
        <w:rPr>
          <w:rFonts w:ascii="Times New Roman" w:hAnsi="Times New Roman" w:cs="Times New Roman"/>
          <w:color w:val="auto"/>
          <w:sz w:val="24"/>
          <w:szCs w:val="24"/>
          <w:lang w:val="ru-RU"/>
        </w:rPr>
        <w:t>. Анкета для сотрудников лаборатории</w:t>
      </w:r>
    </w:p>
    <w:p w14:paraId="3C040DE7" w14:textId="77777777" w:rsidR="00120775" w:rsidRPr="00120775" w:rsidRDefault="00120775" w:rsidP="00120775">
      <w:pPr>
        <w:rPr>
          <w:lang w:val="ru-RU"/>
        </w:rPr>
      </w:pPr>
    </w:p>
    <w:p w14:paraId="2E30C7FB" w14:textId="1E2EB9D6" w:rsidR="00120775" w:rsidRDefault="00120775" w:rsidP="00BA78F4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20775">
        <w:rPr>
          <w:rFonts w:ascii="Times New Roman" w:hAnsi="Times New Roman" w:cs="Times New Roman"/>
          <w:sz w:val="24"/>
          <w:szCs w:val="24"/>
          <w:lang w:val="ru-RU"/>
        </w:rPr>
        <w:t>Настоящий раздел содержит перечень вопросов в формате анкетирования, адресованных сотрудникам лаборатории. Заполненные анкеты являются неотъемлемой частью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настоящего</w:t>
      </w:r>
      <w:r w:rsidRPr="00120775">
        <w:rPr>
          <w:rFonts w:ascii="Times New Roman" w:hAnsi="Times New Roman" w:cs="Times New Roman"/>
          <w:sz w:val="24"/>
          <w:szCs w:val="24"/>
          <w:lang w:val="ru-RU"/>
        </w:rPr>
        <w:t xml:space="preserve"> внутреннего аудита и подлежат обязательному приобщению к итоговым материалам по его результатам.</w:t>
      </w:r>
    </w:p>
    <w:p w14:paraId="5D6E0287" w14:textId="4C8B1491" w:rsidR="00DC6CB8" w:rsidRPr="00DC6CB8" w:rsidRDefault="00DC6CB8" w:rsidP="00DC6CB8">
      <w:pPr>
        <w:pStyle w:val="a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t>Знаете ли вы, где найти актуальный перечень реагентов (реестр) и как проверять срок годности/остаток?</w:t>
      </w:r>
    </w:p>
    <w:p w14:paraId="72EA2468" w14:textId="611FBBE5" w:rsidR="00DC6CB8" w:rsidRPr="00DC6CB8" w:rsidRDefault="00DC6CB8" w:rsidP="00DC6CB8">
      <w:pPr>
        <w:pStyle w:val="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t xml:space="preserve">Понимаете ли вы разницу между стоком и </w:t>
      </w:r>
      <w:proofErr w:type="gramStart"/>
      <w:r w:rsidRPr="00DC6CB8">
        <w:rPr>
          <w:rFonts w:ascii="Times New Roman" w:hAnsi="Times New Roman" w:cs="Times New Roman"/>
          <w:sz w:val="24"/>
          <w:szCs w:val="24"/>
          <w:lang w:val="ru-RU"/>
        </w:rPr>
        <w:t>отходом</w:t>
      </w:r>
      <w:proofErr w:type="gramEnd"/>
      <w:r w:rsidRPr="00DC6CB8">
        <w:rPr>
          <w:rFonts w:ascii="Times New Roman" w:hAnsi="Times New Roman" w:cs="Times New Roman"/>
          <w:sz w:val="24"/>
          <w:szCs w:val="24"/>
          <w:lang w:val="ru-RU"/>
        </w:rPr>
        <w:t xml:space="preserve"> и кто принимает решение в спорных случаях</w:t>
      </w:r>
      <w:r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20EFAA68" w14:textId="29E3DBED" w:rsidR="00DC6CB8" w:rsidRPr="00DC6CB8" w:rsidRDefault="00DC6CB8" w:rsidP="00DC6CB8">
      <w:pPr>
        <w:pStyle w:val="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t>Где находится ваша зона хранения и правила совместимости (что рядом ставить нельзя)?</w:t>
      </w:r>
    </w:p>
    <w:p w14:paraId="4AA24BFC" w14:textId="59401051" w:rsidR="00DC6CB8" w:rsidRPr="00DC6CB8" w:rsidRDefault="00DC6CB8" w:rsidP="00DC6CB8">
      <w:pPr>
        <w:pStyle w:val="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t>Как вы маркируете вновь открытый реактив (дата вскрытия/PAO/ответственный)?</w:t>
      </w:r>
    </w:p>
    <w:p w14:paraId="5E650179" w14:textId="07F3D88F" w:rsidR="00DC6CB8" w:rsidRPr="00DC6CB8" w:rsidRDefault="00DC6CB8" w:rsidP="00DC6CB8">
      <w:pPr>
        <w:pStyle w:val="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lastRenderedPageBreak/>
        <w:t>Что делаете при признаках непригодности (осадок, кристаллы, повреждённая тара)?</w:t>
      </w:r>
    </w:p>
    <w:p w14:paraId="7F7F5BD6" w14:textId="4346A1B8" w:rsidR="00DC6CB8" w:rsidRPr="00DC6CB8" w:rsidRDefault="00DC6CB8" w:rsidP="00DC6CB8">
      <w:pPr>
        <w:pStyle w:val="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t>Где находится место накопления отходов и как отмечать дату начала накопления?</w:t>
      </w:r>
    </w:p>
    <w:p w14:paraId="2E21B9AB" w14:textId="166CAA10" w:rsidR="00DC6CB8" w:rsidRPr="00DC6CB8" w:rsidRDefault="00DC6CB8" w:rsidP="00DC6CB8">
      <w:pPr>
        <w:pStyle w:val="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t>Знаете ли вы, какие пиктограммы/знаки должны быть на таре/двери в вашей зоне?</w:t>
      </w:r>
    </w:p>
    <w:p w14:paraId="52F487C1" w14:textId="3134BC76" w:rsidR="00DC6CB8" w:rsidRPr="00DC6CB8" w:rsidRDefault="00DC6CB8" w:rsidP="00DC6CB8">
      <w:pPr>
        <w:pStyle w:val="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t>Когда можно нейтрализовать раствор самостоятельно, а когда нужно передавать оператору?</w:t>
      </w:r>
    </w:p>
    <w:p w14:paraId="10AC4226" w14:textId="73B0F8EC" w:rsidR="00DC6CB8" w:rsidRPr="00DC6CB8" w:rsidRDefault="00DC6CB8" w:rsidP="00DC6CB8">
      <w:pPr>
        <w:pStyle w:val="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t xml:space="preserve">Какой диапазон </w:t>
      </w:r>
      <w:proofErr w:type="spellStart"/>
      <w:r w:rsidRPr="00DC6CB8">
        <w:rPr>
          <w:rFonts w:ascii="Times New Roman" w:hAnsi="Times New Roman" w:cs="Times New Roman"/>
          <w:sz w:val="24"/>
          <w:szCs w:val="24"/>
          <w:lang w:val="ru-RU"/>
        </w:rPr>
        <w:t>pH</w:t>
      </w:r>
      <w:proofErr w:type="spellEnd"/>
      <w:r w:rsidRPr="00DC6CB8">
        <w:rPr>
          <w:rFonts w:ascii="Times New Roman" w:hAnsi="Times New Roman" w:cs="Times New Roman"/>
          <w:sz w:val="24"/>
          <w:szCs w:val="24"/>
          <w:lang w:val="ru-RU"/>
        </w:rPr>
        <w:t xml:space="preserve"> установлен в локальных Правилах приёма и где он у вас отражён?</w:t>
      </w:r>
    </w:p>
    <w:p w14:paraId="30F719B6" w14:textId="2C8DF92F" w:rsidR="00DC6CB8" w:rsidRPr="00DC6CB8" w:rsidRDefault="00DC6CB8" w:rsidP="00DC6CB8">
      <w:pPr>
        <w:pStyle w:val="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t>Кто и как оформляет журнал нейтрализации и пробы сточных вод?</w:t>
      </w:r>
    </w:p>
    <w:p w14:paraId="74BF4233" w14:textId="3C5040CC" w:rsidR="00DC6CB8" w:rsidRPr="00DC6CB8" w:rsidRDefault="00DC6CB8" w:rsidP="00DC6CB8">
      <w:pPr>
        <w:pStyle w:val="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t>Как действовать при проливе (какие сорбенты/СИЗ/последовательность «локализуй–собери–утилизируй»)?</w:t>
      </w:r>
    </w:p>
    <w:p w14:paraId="19CC0CF6" w14:textId="65A6ACA9" w:rsidR="00DC6CB8" w:rsidRPr="00DC6CB8" w:rsidRDefault="00DC6CB8" w:rsidP="00DC6CB8">
      <w:pPr>
        <w:pStyle w:val="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t xml:space="preserve">К кому обращаетесь за </w:t>
      </w:r>
      <w:proofErr w:type="spellStart"/>
      <w:r w:rsidRPr="00DC6CB8">
        <w:rPr>
          <w:rFonts w:ascii="Times New Roman" w:hAnsi="Times New Roman" w:cs="Times New Roman"/>
          <w:sz w:val="24"/>
          <w:szCs w:val="24"/>
          <w:lang w:val="ru-RU"/>
        </w:rPr>
        <w:t>оверпаком</w:t>
      </w:r>
      <w:proofErr w:type="spellEnd"/>
      <w:r w:rsidRPr="00DC6CB8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gramStart"/>
      <w:r w:rsidRPr="00DC6CB8">
        <w:rPr>
          <w:rFonts w:ascii="Times New Roman" w:hAnsi="Times New Roman" w:cs="Times New Roman"/>
          <w:sz w:val="24"/>
          <w:szCs w:val="24"/>
          <w:lang w:val="ru-RU"/>
        </w:rPr>
        <w:t>новой тарой</w:t>
      </w:r>
      <w:proofErr w:type="gramEnd"/>
      <w:r w:rsidRPr="00DC6CB8">
        <w:rPr>
          <w:rFonts w:ascii="Times New Roman" w:hAnsi="Times New Roman" w:cs="Times New Roman"/>
          <w:sz w:val="24"/>
          <w:szCs w:val="24"/>
          <w:lang w:val="ru-RU"/>
        </w:rPr>
        <w:t xml:space="preserve"> и кто подтверждает совместимость упаковки?</w:t>
      </w:r>
    </w:p>
    <w:p w14:paraId="34D8E706" w14:textId="6A38028A" w:rsidR="00DC6CB8" w:rsidRPr="00DC6CB8" w:rsidRDefault="00DC6CB8" w:rsidP="00DC6CB8">
      <w:pPr>
        <w:pStyle w:val="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t>Как оформляются передачи оператору (какие бумаги вы собираете у себя)?</w:t>
      </w:r>
    </w:p>
    <w:p w14:paraId="744D8603" w14:textId="7953EA04" w:rsidR="00DC6CB8" w:rsidRPr="00531629" w:rsidRDefault="00DC6CB8" w:rsidP="00531629">
      <w:pPr>
        <w:pStyle w:val="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t>Можно ли вернуть поставщику просроченный реагент? (Если нет — почему; если да — при каких условиях.)</w:t>
      </w:r>
    </w:p>
    <w:p w14:paraId="1EA672E1" w14:textId="5D1B05F1" w:rsidR="00DC6CB8" w:rsidRPr="00DC6CB8" w:rsidRDefault="00DC6CB8" w:rsidP="00DC6CB8">
      <w:pPr>
        <w:pStyle w:val="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C6CB8">
        <w:rPr>
          <w:rFonts w:ascii="Times New Roman" w:hAnsi="Times New Roman" w:cs="Times New Roman"/>
          <w:sz w:val="24"/>
          <w:szCs w:val="24"/>
          <w:lang w:val="ru-RU"/>
        </w:rPr>
        <w:t>Ваши предложения по улучшению: что мешает, чего не хватает (этикеток, логгеров, стеллажей, СИЗ, обучения)?</w:t>
      </w:r>
    </w:p>
    <w:p w14:paraId="73453A61" w14:textId="77777777" w:rsidR="00F61365" w:rsidRDefault="00F61365" w:rsidP="00F61365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9B01D1D" w14:textId="77777777" w:rsidR="00F61365" w:rsidRDefault="00F61365" w:rsidP="00F61365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57295A3" w14:textId="77777777" w:rsidR="00F61365" w:rsidRDefault="00F61365" w:rsidP="00F61365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365">
        <w:rPr>
          <w:rFonts w:ascii="Times New Roman" w:hAnsi="Times New Roman" w:cs="Times New Roman"/>
          <w:sz w:val="24"/>
          <w:szCs w:val="24"/>
          <w:lang w:val="ru-RU"/>
        </w:rPr>
        <w:t xml:space="preserve">ФИО проверяющего внутреннего аудитора: ___________________________ </w:t>
      </w:r>
      <w:r w:rsidRPr="00F61365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61365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2F4AF81E" w14:textId="0DC54608" w:rsidR="00F61365" w:rsidRPr="00BA78F4" w:rsidRDefault="00F61365" w:rsidP="00F61365">
      <w:pPr>
        <w:pStyle w:val="a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61365">
        <w:rPr>
          <w:rFonts w:ascii="Times New Roman" w:hAnsi="Times New Roman" w:cs="Times New Roman"/>
          <w:sz w:val="24"/>
          <w:szCs w:val="24"/>
          <w:lang w:val="ru-RU"/>
        </w:rPr>
        <w:t xml:space="preserve">Подпись: ___________________ </w:t>
      </w:r>
      <w:r w:rsidRPr="00F61365"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 w:rsidRPr="00F61365">
        <w:rPr>
          <w:rFonts w:ascii="Times New Roman" w:hAnsi="Times New Roman" w:cs="Times New Roman"/>
          <w:sz w:val="24"/>
          <w:szCs w:val="24"/>
          <w:lang w:val="ru-RU"/>
        </w:rPr>
        <w:t>Дата:_</w:t>
      </w:r>
      <w:proofErr w:type="gramEnd"/>
      <w:r w:rsidRPr="00F61365">
        <w:rPr>
          <w:rFonts w:ascii="Times New Roman" w:hAnsi="Times New Roman" w:cs="Times New Roman"/>
          <w:sz w:val="24"/>
          <w:szCs w:val="24"/>
          <w:lang w:val="ru-RU"/>
        </w:rPr>
        <w:t>____________</w:t>
      </w:r>
    </w:p>
    <w:p w14:paraId="5BAC5C0B" w14:textId="2404D60F" w:rsidR="00120775" w:rsidRDefault="00712A0E" w:rsidP="00F61365">
      <w:pPr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120775" w:rsidSect="00BA78F4">
          <w:footerReference w:type="default" r:id="rId8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BA78F4">
        <w:rPr>
          <w:rFonts w:ascii="Times New Roman" w:hAnsi="Times New Roman" w:cs="Times New Roman"/>
          <w:sz w:val="24"/>
          <w:szCs w:val="24"/>
          <w:lang w:val="ru-RU"/>
        </w:rPr>
        <w:br/>
      </w:r>
    </w:p>
    <w:p w14:paraId="3B5206A8" w14:textId="1ECB37E9" w:rsidR="00085AF3" w:rsidRDefault="00120775" w:rsidP="00120775">
      <w:pPr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  <w:lang w:val="ru-RU"/>
        </w:rPr>
      </w:pPr>
      <w:r w:rsidRPr="00120775">
        <w:rPr>
          <w:rFonts w:ascii="Times New Roman" w:eastAsiaTheme="majorEastAsia" w:hAnsi="Times New Roman" w:cs="Times New Roman"/>
          <w:b/>
          <w:bCs/>
          <w:sz w:val="24"/>
          <w:szCs w:val="24"/>
          <w:lang w:val="ru-RU"/>
        </w:rPr>
        <w:lastRenderedPageBreak/>
        <w:t>Анкета сотрудников лаборатории для оценки выполнения требований по архивному хранению в рамках внутреннего аудита</w:t>
      </w:r>
    </w:p>
    <w:p w14:paraId="675CAD2F" w14:textId="0F6F504E" w:rsidR="00120775" w:rsidRPr="00BA78F4" w:rsidRDefault="00120775" w:rsidP="0012077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78F4">
        <w:rPr>
          <w:rFonts w:ascii="Times New Roman" w:hAnsi="Times New Roman" w:cs="Times New Roman"/>
          <w:sz w:val="24"/>
          <w:szCs w:val="24"/>
          <w:lang w:val="ru-RU"/>
        </w:rPr>
        <w:t>Ответьте, пожалуйста, на следующие вопрос</w:t>
      </w:r>
      <w:r w:rsidR="004D7019">
        <w:rPr>
          <w:rFonts w:ascii="Times New Roman" w:hAnsi="Times New Roman" w:cs="Times New Roman"/>
          <w:sz w:val="24"/>
          <w:szCs w:val="24"/>
          <w:lang w:val="ru-RU"/>
        </w:rPr>
        <w:t>ы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541"/>
        <w:gridCol w:w="5565"/>
        <w:gridCol w:w="5289"/>
        <w:gridCol w:w="1524"/>
        <w:gridCol w:w="1471"/>
      </w:tblGrid>
      <w:tr w:rsidR="00120775" w14:paraId="3D40453A" w14:textId="38837932" w:rsidTr="004D7019">
        <w:tc>
          <w:tcPr>
            <w:tcW w:w="541" w:type="dxa"/>
          </w:tcPr>
          <w:p w14:paraId="01458F62" w14:textId="2913901C" w:rsidR="00120775" w:rsidRPr="00120775" w:rsidRDefault="00120775" w:rsidP="001207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5565" w:type="dxa"/>
          </w:tcPr>
          <w:p w14:paraId="649A618A" w14:textId="66F86A94" w:rsidR="00120775" w:rsidRPr="00120775" w:rsidRDefault="00120775" w:rsidP="001207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</w:t>
            </w:r>
          </w:p>
        </w:tc>
        <w:tc>
          <w:tcPr>
            <w:tcW w:w="5289" w:type="dxa"/>
          </w:tcPr>
          <w:p w14:paraId="119CDB28" w14:textId="22E9F08B" w:rsidR="00120775" w:rsidRPr="00120775" w:rsidRDefault="00120775" w:rsidP="001207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 сотрудника</w:t>
            </w:r>
          </w:p>
        </w:tc>
        <w:tc>
          <w:tcPr>
            <w:tcW w:w="1524" w:type="dxa"/>
          </w:tcPr>
          <w:p w14:paraId="49903B50" w14:textId="3104DA1A" w:rsidR="00120775" w:rsidRPr="00120775" w:rsidRDefault="00120775" w:rsidP="001207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Отметка аудитора</w:t>
            </w:r>
          </w:p>
        </w:tc>
        <w:tc>
          <w:tcPr>
            <w:tcW w:w="1471" w:type="dxa"/>
          </w:tcPr>
          <w:p w14:paraId="26CD34BA" w14:textId="6C632E05" w:rsidR="00120775" w:rsidRDefault="00120775" w:rsidP="001207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Примечание</w:t>
            </w:r>
          </w:p>
        </w:tc>
      </w:tr>
      <w:tr w:rsidR="00531629" w:rsidRPr="00F50E0B" w14:paraId="639BF5B3" w14:textId="296C9AF0" w:rsidTr="004D7019">
        <w:tc>
          <w:tcPr>
            <w:tcW w:w="541" w:type="dxa"/>
          </w:tcPr>
          <w:p w14:paraId="65ACA1C0" w14:textId="77777777" w:rsidR="00531629" w:rsidRPr="00120775" w:rsidRDefault="00531629" w:rsidP="00531629">
            <w:pPr>
              <w:pStyle w:val="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2AC6413B" w14:textId="7A46C05F" w:rsidR="00531629" w:rsidRPr="00120775" w:rsidRDefault="00531629" w:rsidP="00531629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Знаете ли вы, где найти актуальный перечень реагентов (реестр) и как проверять срок годности/остаток?</w:t>
            </w:r>
          </w:p>
        </w:tc>
        <w:tc>
          <w:tcPr>
            <w:tcW w:w="5289" w:type="dxa"/>
          </w:tcPr>
          <w:p w14:paraId="12C13F4A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1AA5BEF8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4680BB16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629" w:rsidRPr="00F50E0B" w14:paraId="16468A1C" w14:textId="539602EC" w:rsidTr="004D7019">
        <w:tc>
          <w:tcPr>
            <w:tcW w:w="541" w:type="dxa"/>
          </w:tcPr>
          <w:p w14:paraId="2166A66E" w14:textId="77777777" w:rsidR="00531629" w:rsidRPr="00120775" w:rsidRDefault="00531629" w:rsidP="00531629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7A0B87A0" w14:textId="074EE7AA" w:rsidR="00531629" w:rsidRPr="00120775" w:rsidRDefault="00531629" w:rsidP="00531629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Понимаете ли вы разницу между стоком и </w:t>
            </w:r>
            <w:proofErr w:type="gramStart"/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отходом</w:t>
            </w:r>
            <w:proofErr w:type="gramEnd"/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кто принимает решение в спорных случаях?</w:t>
            </w:r>
          </w:p>
        </w:tc>
        <w:tc>
          <w:tcPr>
            <w:tcW w:w="5289" w:type="dxa"/>
          </w:tcPr>
          <w:p w14:paraId="275EF1C6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006DFB18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3CFAFFF6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629" w:rsidRPr="00F50E0B" w14:paraId="6434CEF6" w14:textId="77777777" w:rsidTr="004D7019">
        <w:tc>
          <w:tcPr>
            <w:tcW w:w="541" w:type="dxa"/>
          </w:tcPr>
          <w:p w14:paraId="1C96F623" w14:textId="77777777" w:rsidR="00531629" w:rsidRPr="00120775" w:rsidRDefault="00531629" w:rsidP="00531629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666D500A" w14:textId="791A0EA4" w:rsidR="00531629" w:rsidRPr="00120775" w:rsidRDefault="00531629" w:rsidP="00531629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Где находится ваша зона хранения и правила совместимости (что рядом ставить нельзя)?</w:t>
            </w:r>
          </w:p>
        </w:tc>
        <w:tc>
          <w:tcPr>
            <w:tcW w:w="5289" w:type="dxa"/>
          </w:tcPr>
          <w:p w14:paraId="0AA479BC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62DEDC90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1AC07427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629" w:rsidRPr="00F50E0B" w14:paraId="48AFB2C1" w14:textId="043A4D3F" w:rsidTr="004D7019">
        <w:tc>
          <w:tcPr>
            <w:tcW w:w="541" w:type="dxa"/>
          </w:tcPr>
          <w:p w14:paraId="2ED5239C" w14:textId="77777777" w:rsidR="00531629" w:rsidRPr="00120775" w:rsidRDefault="00531629" w:rsidP="00531629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41C3D0D8" w14:textId="77B09805" w:rsidR="00531629" w:rsidRPr="00120775" w:rsidRDefault="00531629" w:rsidP="00531629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вы маркируете вновь открытый реактив (дата вскрытия/PAO/ответственный)?</w:t>
            </w:r>
          </w:p>
        </w:tc>
        <w:tc>
          <w:tcPr>
            <w:tcW w:w="5289" w:type="dxa"/>
          </w:tcPr>
          <w:p w14:paraId="102FB8A7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11CB8B67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4BB22B4C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629" w:rsidRPr="00F50E0B" w14:paraId="58E28A9E" w14:textId="77777777" w:rsidTr="004D7019">
        <w:tc>
          <w:tcPr>
            <w:tcW w:w="541" w:type="dxa"/>
          </w:tcPr>
          <w:p w14:paraId="5E228501" w14:textId="77777777" w:rsidR="00531629" w:rsidRPr="00120775" w:rsidRDefault="00531629" w:rsidP="00531629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6D554D14" w14:textId="4CC4EE21" w:rsidR="00531629" w:rsidRPr="00120775" w:rsidRDefault="00531629" w:rsidP="00531629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делаете при признаках непригодности (осадок, кристаллы, повреждённая тара)?</w:t>
            </w:r>
          </w:p>
        </w:tc>
        <w:tc>
          <w:tcPr>
            <w:tcW w:w="5289" w:type="dxa"/>
          </w:tcPr>
          <w:p w14:paraId="7C7AF0AC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136FF2CB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48C21669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629" w:rsidRPr="00F50E0B" w14:paraId="3252E43E" w14:textId="0D33F268" w:rsidTr="004D7019">
        <w:tc>
          <w:tcPr>
            <w:tcW w:w="541" w:type="dxa"/>
          </w:tcPr>
          <w:p w14:paraId="735FCFF4" w14:textId="77777777" w:rsidR="00531629" w:rsidRPr="00120775" w:rsidRDefault="00531629" w:rsidP="00531629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3DB9CA5D" w14:textId="39F03AA3" w:rsidR="00531629" w:rsidRPr="00120775" w:rsidRDefault="00531629" w:rsidP="00531629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Где находится место накопления отходов и как отмечать дату начала накопления?</w:t>
            </w:r>
          </w:p>
        </w:tc>
        <w:tc>
          <w:tcPr>
            <w:tcW w:w="5289" w:type="dxa"/>
          </w:tcPr>
          <w:p w14:paraId="1B951C0B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426185B2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1CE7338F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629" w:rsidRPr="00F50E0B" w14:paraId="5CC6EF7C" w14:textId="6CB1BC21" w:rsidTr="004D7019">
        <w:tc>
          <w:tcPr>
            <w:tcW w:w="541" w:type="dxa"/>
          </w:tcPr>
          <w:p w14:paraId="18E6A187" w14:textId="77777777" w:rsidR="00531629" w:rsidRPr="00120775" w:rsidRDefault="00531629" w:rsidP="00531629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62CF7E19" w14:textId="5006401A" w:rsidR="00531629" w:rsidRPr="00120775" w:rsidRDefault="00531629" w:rsidP="00531629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Знаете ли вы, какие пиктограммы/знаки должны быть на таре/двери в вашей зоне?</w:t>
            </w:r>
          </w:p>
        </w:tc>
        <w:tc>
          <w:tcPr>
            <w:tcW w:w="5289" w:type="dxa"/>
          </w:tcPr>
          <w:p w14:paraId="4D257EEA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3282BE2F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798B2D41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629" w:rsidRPr="00F50E0B" w14:paraId="03A7B1F0" w14:textId="6B540CC6" w:rsidTr="004D7019">
        <w:tc>
          <w:tcPr>
            <w:tcW w:w="541" w:type="dxa"/>
          </w:tcPr>
          <w:p w14:paraId="2B7138EF" w14:textId="77777777" w:rsidR="00531629" w:rsidRPr="00120775" w:rsidRDefault="00531629" w:rsidP="00531629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31A1E285" w14:textId="1AD60AD3" w:rsidR="00531629" w:rsidRPr="00120775" w:rsidRDefault="00531629" w:rsidP="00531629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Когда можно нейтрализовать раствор самостоятельно, а когда нужно передавать оператору?</w:t>
            </w:r>
          </w:p>
        </w:tc>
        <w:tc>
          <w:tcPr>
            <w:tcW w:w="5289" w:type="dxa"/>
          </w:tcPr>
          <w:p w14:paraId="2A7BDCE9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6CD6B341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127AF301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629" w:rsidRPr="00F50E0B" w14:paraId="2DFA846B" w14:textId="11C93692" w:rsidTr="004D7019">
        <w:tc>
          <w:tcPr>
            <w:tcW w:w="541" w:type="dxa"/>
          </w:tcPr>
          <w:p w14:paraId="712DCA69" w14:textId="77777777" w:rsidR="00531629" w:rsidRPr="00120775" w:rsidRDefault="00531629" w:rsidP="00531629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04BB1E0D" w14:textId="206A1147" w:rsidR="00531629" w:rsidRPr="00120775" w:rsidRDefault="00531629" w:rsidP="00531629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Какой диапазон </w:t>
            </w:r>
            <w:proofErr w:type="spellStart"/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pH</w:t>
            </w:r>
            <w:proofErr w:type="spellEnd"/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установлен в локальных Правилах приёма и где он у вас отражён?</w:t>
            </w:r>
          </w:p>
        </w:tc>
        <w:tc>
          <w:tcPr>
            <w:tcW w:w="5289" w:type="dxa"/>
          </w:tcPr>
          <w:p w14:paraId="197C8E99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5A774E0F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6F3F4445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629" w:rsidRPr="00531629" w14:paraId="75277204" w14:textId="692B04F9" w:rsidTr="004D7019">
        <w:tc>
          <w:tcPr>
            <w:tcW w:w="541" w:type="dxa"/>
          </w:tcPr>
          <w:p w14:paraId="7EB6D715" w14:textId="77777777" w:rsidR="00531629" w:rsidRPr="00120775" w:rsidRDefault="00531629" w:rsidP="00531629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47663524" w14:textId="2025955B" w:rsidR="00531629" w:rsidRPr="00120775" w:rsidRDefault="00531629" w:rsidP="00531629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Кто и как оформляет журнал нейтрализации и пробы сточных вод?</w:t>
            </w:r>
          </w:p>
        </w:tc>
        <w:tc>
          <w:tcPr>
            <w:tcW w:w="5289" w:type="dxa"/>
          </w:tcPr>
          <w:p w14:paraId="3711914D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38000E0A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326AB2AD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629" w:rsidRPr="00531629" w14:paraId="638DE6EB" w14:textId="4255781B" w:rsidTr="004D7019">
        <w:tc>
          <w:tcPr>
            <w:tcW w:w="541" w:type="dxa"/>
          </w:tcPr>
          <w:p w14:paraId="054E023C" w14:textId="77777777" w:rsidR="00531629" w:rsidRPr="00120775" w:rsidRDefault="00531629" w:rsidP="00531629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1CB8782A" w14:textId="5CDF7F40" w:rsidR="00531629" w:rsidRPr="00120775" w:rsidRDefault="00531629" w:rsidP="00531629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действовать при проливе (какие сорбенты/СИЗ/последовательность «локализуй–собери–утилизируй»)?</w:t>
            </w:r>
          </w:p>
        </w:tc>
        <w:tc>
          <w:tcPr>
            <w:tcW w:w="5289" w:type="dxa"/>
          </w:tcPr>
          <w:p w14:paraId="6BE697DB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085C9A08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63ED74CE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629" w:rsidRPr="00F50E0B" w14:paraId="04AFF396" w14:textId="27A6EA3D" w:rsidTr="004D7019">
        <w:tc>
          <w:tcPr>
            <w:tcW w:w="541" w:type="dxa"/>
          </w:tcPr>
          <w:p w14:paraId="55E0A02F" w14:textId="77777777" w:rsidR="00531629" w:rsidRPr="00120775" w:rsidRDefault="00531629" w:rsidP="00531629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256E0A9C" w14:textId="0521A720" w:rsidR="00531629" w:rsidRPr="00120775" w:rsidRDefault="00531629" w:rsidP="00531629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 кому обращаетесь за </w:t>
            </w:r>
            <w:proofErr w:type="spellStart"/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оверпаком</w:t>
            </w:r>
            <w:proofErr w:type="spellEnd"/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  <w:proofErr w:type="gramStart"/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новой тарой</w:t>
            </w:r>
            <w:proofErr w:type="gramEnd"/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кто подтверждает совместимость упаковки?</w:t>
            </w:r>
          </w:p>
        </w:tc>
        <w:tc>
          <w:tcPr>
            <w:tcW w:w="5289" w:type="dxa"/>
          </w:tcPr>
          <w:p w14:paraId="0999CCDB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6C549A4A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4974F31C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629" w:rsidRPr="00F50E0B" w14:paraId="125BE1FD" w14:textId="763058B9" w:rsidTr="004D7019">
        <w:tc>
          <w:tcPr>
            <w:tcW w:w="541" w:type="dxa"/>
          </w:tcPr>
          <w:p w14:paraId="7328FF78" w14:textId="77777777" w:rsidR="00531629" w:rsidRPr="00120775" w:rsidRDefault="00531629" w:rsidP="00531629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06DD8806" w14:textId="7715272D" w:rsidR="00531629" w:rsidRPr="00120775" w:rsidRDefault="00531629" w:rsidP="00531629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оформляются передачи оператору (какие бумаги вы собираете у себя)?</w:t>
            </w:r>
          </w:p>
        </w:tc>
        <w:tc>
          <w:tcPr>
            <w:tcW w:w="5289" w:type="dxa"/>
          </w:tcPr>
          <w:p w14:paraId="7BB7F12B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5AABF827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37C89B3B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629" w:rsidRPr="00F50E0B" w14:paraId="57E7CA25" w14:textId="77777777" w:rsidTr="004D7019">
        <w:tc>
          <w:tcPr>
            <w:tcW w:w="541" w:type="dxa"/>
          </w:tcPr>
          <w:p w14:paraId="6A6B29B2" w14:textId="77777777" w:rsidR="00531629" w:rsidRPr="00120775" w:rsidRDefault="00531629" w:rsidP="00531629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2C2B7C97" w14:textId="018CDE2A" w:rsidR="00531629" w:rsidRPr="00120775" w:rsidRDefault="00531629" w:rsidP="00531629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Можно ли вернуть поставщику просроченный реагент? (Если нет — почему; если да — при каких условиях.)</w:t>
            </w:r>
          </w:p>
        </w:tc>
        <w:tc>
          <w:tcPr>
            <w:tcW w:w="5289" w:type="dxa"/>
          </w:tcPr>
          <w:p w14:paraId="1B57680D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033F813C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364D8B5A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31629" w:rsidRPr="00F50E0B" w14:paraId="6745B7B3" w14:textId="77777777" w:rsidTr="004D7019">
        <w:tc>
          <w:tcPr>
            <w:tcW w:w="541" w:type="dxa"/>
          </w:tcPr>
          <w:p w14:paraId="0001D600" w14:textId="77777777" w:rsidR="00531629" w:rsidRPr="00120775" w:rsidRDefault="00531629" w:rsidP="00531629">
            <w:pPr>
              <w:pStyle w:val="a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5" w:type="dxa"/>
          </w:tcPr>
          <w:p w14:paraId="617B7166" w14:textId="1433ABA1" w:rsidR="00531629" w:rsidRDefault="00531629" w:rsidP="00531629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33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Ваши предложения по улучшению: что мешает, чего не хватает (этикеток, логгеров, стеллажей, СИЗ, обучения)?</w:t>
            </w:r>
          </w:p>
        </w:tc>
        <w:tc>
          <w:tcPr>
            <w:tcW w:w="5289" w:type="dxa"/>
          </w:tcPr>
          <w:p w14:paraId="57BA471F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</w:tcPr>
          <w:p w14:paraId="20475BA3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1" w:type="dxa"/>
          </w:tcPr>
          <w:p w14:paraId="6C933ADA" w14:textId="77777777" w:rsidR="00531629" w:rsidRPr="00120775" w:rsidRDefault="00531629" w:rsidP="005316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5F4665FD" w14:textId="77777777" w:rsidR="00120775" w:rsidRPr="00120775" w:rsidRDefault="00120775" w:rsidP="00120775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6D850DE" w14:textId="7B45814D" w:rsidR="00120775" w:rsidRDefault="00120775" w:rsidP="00120775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120775">
        <w:rPr>
          <w:rFonts w:ascii="Times New Roman" w:hAnsi="Times New Roman" w:cs="Times New Roman"/>
          <w:sz w:val="24"/>
          <w:szCs w:val="24"/>
          <w:lang w:val="ru-RU"/>
        </w:rPr>
        <w:t xml:space="preserve">ФИО </w:t>
      </w:r>
      <w:r>
        <w:rPr>
          <w:rFonts w:ascii="Times New Roman" w:hAnsi="Times New Roman" w:cs="Times New Roman"/>
          <w:sz w:val="24"/>
          <w:szCs w:val="24"/>
          <w:lang w:val="ru-RU"/>
        </w:rPr>
        <w:t>проверяемого сотрудника</w:t>
      </w:r>
      <w:r w:rsidRPr="00120775">
        <w:rPr>
          <w:rFonts w:ascii="Times New Roman" w:hAnsi="Times New Roman" w:cs="Times New Roman"/>
          <w:sz w:val="24"/>
          <w:szCs w:val="24"/>
          <w:lang w:val="ru-RU"/>
        </w:rPr>
        <w:t xml:space="preserve">: ___________________________ 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20775">
        <w:rPr>
          <w:rFonts w:ascii="Times New Roman" w:hAnsi="Times New Roman" w:cs="Times New Roman"/>
          <w:sz w:val="24"/>
          <w:szCs w:val="24"/>
          <w:lang w:val="ru-RU"/>
        </w:rPr>
        <w:t>Подпись: ___________________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Дата:_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____________</w:t>
      </w:r>
    </w:p>
    <w:p w14:paraId="2A25DB9C" w14:textId="11D03C8D" w:rsidR="00120775" w:rsidRPr="00120775" w:rsidRDefault="00120775" w:rsidP="00120775">
      <w:pPr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_Hlk193982774"/>
      <w:r w:rsidRPr="00120775">
        <w:rPr>
          <w:rFonts w:ascii="Times New Roman" w:hAnsi="Times New Roman" w:cs="Times New Roman"/>
          <w:sz w:val="24"/>
          <w:szCs w:val="24"/>
          <w:lang w:val="ru-RU"/>
        </w:rPr>
        <w:t xml:space="preserve">ФИО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проверяющего внутреннего </w:t>
      </w:r>
      <w:r w:rsidRPr="00120775">
        <w:rPr>
          <w:rFonts w:ascii="Times New Roman" w:hAnsi="Times New Roman" w:cs="Times New Roman"/>
          <w:sz w:val="24"/>
          <w:szCs w:val="24"/>
          <w:lang w:val="ru-RU"/>
        </w:rPr>
        <w:t xml:space="preserve">аудитора: ___________________________ 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20775">
        <w:rPr>
          <w:rFonts w:ascii="Times New Roman" w:hAnsi="Times New Roman" w:cs="Times New Roman"/>
          <w:sz w:val="24"/>
          <w:szCs w:val="24"/>
          <w:lang w:val="ru-RU"/>
        </w:rPr>
        <w:t xml:space="preserve">Подпись: ___________________ 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Дата:_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____________</w:t>
      </w:r>
      <w:bookmarkEnd w:id="1"/>
    </w:p>
    <w:sectPr w:rsidR="00120775" w:rsidRPr="00120775" w:rsidSect="0012077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7DC7D0" w14:textId="77777777" w:rsidR="00EE354A" w:rsidRDefault="00EE354A" w:rsidP="00F61365">
      <w:pPr>
        <w:spacing w:after="0" w:line="240" w:lineRule="auto"/>
      </w:pPr>
      <w:r>
        <w:separator/>
      </w:r>
    </w:p>
  </w:endnote>
  <w:endnote w:type="continuationSeparator" w:id="0">
    <w:p w14:paraId="55720CE1" w14:textId="77777777" w:rsidR="00EE354A" w:rsidRDefault="00EE354A" w:rsidP="00F61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5D41DC" w14:textId="0301DC83" w:rsidR="00F61365" w:rsidRPr="00F61365" w:rsidRDefault="00F61365" w:rsidP="00F61365">
    <w:pPr>
      <w:pStyle w:val="a7"/>
      <w:rPr>
        <w:rFonts w:ascii="Times New Roman" w:hAnsi="Times New Roman" w:cs="Times New Roman"/>
        <w:sz w:val="20"/>
        <w:szCs w:val="20"/>
        <w:lang w:val="ru-RU"/>
      </w:rPr>
    </w:pPr>
    <w:r w:rsidRPr="00F61365">
      <w:rPr>
        <w:rFonts w:ascii="Times New Roman" w:hAnsi="Times New Roman" w:cs="Times New Roman"/>
        <w:sz w:val="20"/>
        <w:szCs w:val="20"/>
        <w:lang w:val="ru-RU"/>
      </w:rPr>
      <w:t>Опросный лист для проведения внутреннего аудита</w:t>
    </w:r>
    <w:r>
      <w:rPr>
        <w:rFonts w:ascii="Times New Roman" w:hAnsi="Times New Roman" w:cs="Times New Roman"/>
        <w:sz w:val="20"/>
        <w:szCs w:val="20"/>
        <w:lang w:val="ru-RU"/>
      </w:rPr>
      <w:t xml:space="preserve"> </w:t>
    </w:r>
    <w:r w:rsidRPr="00F61365">
      <w:rPr>
        <w:rFonts w:ascii="Times New Roman" w:hAnsi="Times New Roman" w:cs="Times New Roman"/>
        <w:sz w:val="20"/>
        <w:szCs w:val="20"/>
        <w:lang w:val="ru-RU"/>
      </w:rPr>
      <w:t>№ ___________ от ____________________</w:t>
    </w:r>
    <w:r>
      <w:rPr>
        <w:rFonts w:ascii="Times New Roman" w:hAnsi="Times New Roman" w:cs="Times New Roman"/>
        <w:sz w:val="20"/>
        <w:szCs w:val="20"/>
        <w:lang w:val="ru-RU"/>
      </w:rPr>
      <w:tab/>
      <w:t xml:space="preserve">                              </w:t>
    </w:r>
    <w:r w:rsidRPr="00F61365">
      <w:rPr>
        <w:rFonts w:ascii="Times New Roman" w:hAnsi="Times New Roman" w:cs="Times New Roman"/>
        <w:sz w:val="20"/>
        <w:szCs w:val="20"/>
        <w:lang w:val="ru-RU"/>
      </w:rPr>
      <w:t xml:space="preserve">Лист </w:t>
    </w:r>
    <w:sdt>
      <w:sdtPr>
        <w:rPr>
          <w:rFonts w:ascii="Times New Roman" w:hAnsi="Times New Roman" w:cs="Times New Roman"/>
          <w:sz w:val="20"/>
          <w:szCs w:val="20"/>
        </w:rPr>
        <w:id w:val="1689559909"/>
        <w:docPartObj>
          <w:docPartGallery w:val="Page Numbers (Bottom of Page)"/>
          <w:docPartUnique/>
        </w:docPartObj>
      </w:sdtPr>
      <w:sdtEndPr/>
      <w:sdtContent>
        <w:r w:rsidRPr="00F61365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F61365">
          <w:rPr>
            <w:rFonts w:ascii="Times New Roman" w:hAnsi="Times New Roman" w:cs="Times New Roman"/>
            <w:sz w:val="20"/>
            <w:szCs w:val="20"/>
          </w:rPr>
          <w:instrText>PAGE</w:instrText>
        </w:r>
        <w:r w:rsidRPr="00F61365">
          <w:rPr>
            <w:rFonts w:ascii="Times New Roman" w:hAnsi="Times New Roman" w:cs="Times New Roman"/>
            <w:sz w:val="20"/>
            <w:szCs w:val="20"/>
            <w:lang w:val="ru-RU"/>
          </w:rPr>
          <w:instrText xml:space="preserve">   \* </w:instrText>
        </w:r>
        <w:r w:rsidRPr="00F61365">
          <w:rPr>
            <w:rFonts w:ascii="Times New Roman" w:hAnsi="Times New Roman" w:cs="Times New Roman"/>
            <w:sz w:val="20"/>
            <w:szCs w:val="20"/>
          </w:rPr>
          <w:instrText>MERGEFORMAT</w:instrText>
        </w:r>
        <w:r w:rsidRPr="00F61365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F61365">
          <w:rPr>
            <w:rFonts w:ascii="Times New Roman" w:hAnsi="Times New Roman" w:cs="Times New Roman"/>
            <w:sz w:val="20"/>
            <w:szCs w:val="20"/>
            <w:lang w:val="ru-RU"/>
          </w:rPr>
          <w:t>2</w:t>
        </w:r>
        <w:r w:rsidRPr="00F61365">
          <w:rPr>
            <w:rFonts w:ascii="Times New Roman" w:hAnsi="Times New Roman" w:cs="Times New Roman"/>
            <w:sz w:val="20"/>
            <w:szCs w:val="20"/>
          </w:rPr>
          <w:fldChar w:fldCharType="end"/>
        </w:r>
        <w:r w:rsidRPr="00F61365">
          <w:rPr>
            <w:rFonts w:ascii="Times New Roman" w:hAnsi="Times New Roman" w:cs="Times New Roman"/>
            <w:sz w:val="20"/>
            <w:szCs w:val="20"/>
            <w:lang w:val="ru-RU"/>
          </w:rPr>
          <w:t xml:space="preserve"> из ХХ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EECA8" w14:textId="77777777" w:rsidR="00EE354A" w:rsidRDefault="00EE354A" w:rsidP="00F61365">
      <w:pPr>
        <w:spacing w:after="0" w:line="240" w:lineRule="auto"/>
      </w:pPr>
      <w:r>
        <w:separator/>
      </w:r>
    </w:p>
  </w:footnote>
  <w:footnote w:type="continuationSeparator" w:id="0">
    <w:p w14:paraId="4F4C85E3" w14:textId="77777777" w:rsidR="00EE354A" w:rsidRDefault="00EE354A" w:rsidP="00F613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18083BE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AA20A17"/>
    <w:multiLevelType w:val="multilevel"/>
    <w:tmpl w:val="ABF67792"/>
    <w:lvl w:ilvl="0">
      <w:start w:val="3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0C316A94"/>
    <w:multiLevelType w:val="multilevel"/>
    <w:tmpl w:val="1AFCAEA2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F3A4C92"/>
    <w:multiLevelType w:val="multilevel"/>
    <w:tmpl w:val="7D602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B7709BB"/>
    <w:multiLevelType w:val="multilevel"/>
    <w:tmpl w:val="E80C9E16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32F2E95"/>
    <w:multiLevelType w:val="multilevel"/>
    <w:tmpl w:val="68366B38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B63472"/>
    <w:multiLevelType w:val="multilevel"/>
    <w:tmpl w:val="535C68C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8BE56D1"/>
    <w:multiLevelType w:val="multilevel"/>
    <w:tmpl w:val="9F92507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C923688"/>
    <w:multiLevelType w:val="multilevel"/>
    <w:tmpl w:val="85E4F3E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29C44EE"/>
    <w:multiLevelType w:val="multilevel"/>
    <w:tmpl w:val="43DA697C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772530F"/>
    <w:multiLevelType w:val="multilevel"/>
    <w:tmpl w:val="5A8AF84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E0F177A"/>
    <w:multiLevelType w:val="multilevel"/>
    <w:tmpl w:val="A114FC12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E207DF0"/>
    <w:multiLevelType w:val="multilevel"/>
    <w:tmpl w:val="7A2C70AC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36661CE"/>
    <w:multiLevelType w:val="hybridMultilevel"/>
    <w:tmpl w:val="863650AA"/>
    <w:lvl w:ilvl="0" w:tplc="DA54601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21"/>
  </w:num>
  <w:num w:numId="11">
    <w:abstractNumId w:val="7"/>
    <w:lvlOverride w:ilvl="0">
      <w:startOverride w:val="1"/>
    </w:lvlOverride>
  </w:num>
  <w:num w:numId="12">
    <w:abstractNumId w:val="7"/>
    <w:lvlOverride w:ilvl="0">
      <w:startOverride w:val="1"/>
    </w:lvlOverride>
  </w:num>
  <w:num w:numId="13">
    <w:abstractNumId w:val="11"/>
  </w:num>
  <w:num w:numId="14">
    <w:abstractNumId w:val="15"/>
  </w:num>
  <w:num w:numId="15">
    <w:abstractNumId w:val="14"/>
  </w:num>
  <w:num w:numId="16">
    <w:abstractNumId w:val="16"/>
  </w:num>
  <w:num w:numId="17">
    <w:abstractNumId w:val="13"/>
  </w:num>
  <w:num w:numId="18">
    <w:abstractNumId w:val="19"/>
  </w:num>
  <w:num w:numId="19">
    <w:abstractNumId w:val="20"/>
  </w:num>
  <w:num w:numId="20">
    <w:abstractNumId w:val="18"/>
  </w:num>
  <w:num w:numId="21">
    <w:abstractNumId w:val="17"/>
  </w:num>
  <w:num w:numId="22">
    <w:abstractNumId w:val="9"/>
  </w:num>
  <w:num w:numId="23">
    <w:abstractNumId w:val="12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3449"/>
    <w:rsid w:val="0006063C"/>
    <w:rsid w:val="00085AF3"/>
    <w:rsid w:val="000C22B8"/>
    <w:rsid w:val="00120775"/>
    <w:rsid w:val="0015074B"/>
    <w:rsid w:val="0029639D"/>
    <w:rsid w:val="002B5E1D"/>
    <w:rsid w:val="00326F90"/>
    <w:rsid w:val="004C45FF"/>
    <w:rsid w:val="004D3BF7"/>
    <w:rsid w:val="004D7019"/>
    <w:rsid w:val="00531629"/>
    <w:rsid w:val="00643045"/>
    <w:rsid w:val="00712A0E"/>
    <w:rsid w:val="008C3ED5"/>
    <w:rsid w:val="008C6DA8"/>
    <w:rsid w:val="008D6196"/>
    <w:rsid w:val="00986857"/>
    <w:rsid w:val="00A00DE5"/>
    <w:rsid w:val="00A047D7"/>
    <w:rsid w:val="00A731BC"/>
    <w:rsid w:val="00A7564F"/>
    <w:rsid w:val="00AA1D8D"/>
    <w:rsid w:val="00AD3322"/>
    <w:rsid w:val="00B47730"/>
    <w:rsid w:val="00B62141"/>
    <w:rsid w:val="00B8181B"/>
    <w:rsid w:val="00BA78F4"/>
    <w:rsid w:val="00BC7244"/>
    <w:rsid w:val="00BD1C71"/>
    <w:rsid w:val="00CB0664"/>
    <w:rsid w:val="00D93361"/>
    <w:rsid w:val="00DC6CB8"/>
    <w:rsid w:val="00EE354A"/>
    <w:rsid w:val="00F0751F"/>
    <w:rsid w:val="00F50E0B"/>
    <w:rsid w:val="00F61365"/>
    <w:rsid w:val="00F81CA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A078BD"/>
  <w14:defaultImageDpi w14:val="300"/>
  <w15:docId w15:val="{676DE78A-4F21-4FF3-A719-512FCD694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16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3197</Words>
  <Characters>18227</Characters>
  <Application>Microsoft Office Word</Application>
  <DocSecurity>0</DocSecurity>
  <Lines>151</Lines>
  <Paragraphs>42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21382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465</cp:lastModifiedBy>
  <cp:revision>13</cp:revision>
  <dcterms:created xsi:type="dcterms:W3CDTF">2025-03-27T13:45:00Z</dcterms:created>
  <dcterms:modified xsi:type="dcterms:W3CDTF">2025-10-10T18:44:00Z</dcterms:modified>
  <cp:category/>
</cp:coreProperties>
</file>