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8FA6D" w14:textId="77777777" w:rsidR="00263A00" w:rsidRPr="00B45761" w:rsidRDefault="00263A00" w:rsidP="00263A0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B45761">
        <w:rPr>
          <w:rFonts w:ascii="Times New Roman" w:hAnsi="Times New Roman" w:cs="Times New Roman"/>
          <w:sz w:val="28"/>
          <w:szCs w:val="28"/>
          <w:lang w:val="ru-RU"/>
        </w:rPr>
        <w:t>Опросный лист кандидатов в лабораторию</w:t>
      </w:r>
    </w:p>
    <w:p w14:paraId="20ABE81D" w14:textId="77777777" w:rsidR="00263A00" w:rsidRPr="00B45761" w:rsidRDefault="00263A00" w:rsidP="00263A0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B45761">
        <w:rPr>
          <w:rFonts w:ascii="Times New Roman" w:hAnsi="Times New Roman" w:cs="Times New Roman"/>
          <w:sz w:val="28"/>
          <w:szCs w:val="28"/>
          <w:lang w:val="ru-RU"/>
        </w:rPr>
        <w:t>Отдел __________________________________</w:t>
      </w:r>
    </w:p>
    <w:p w14:paraId="7DF46311" w14:textId="77777777" w:rsidR="00263A00" w:rsidRDefault="00263A00" w:rsidP="00263A00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ФИО кандидата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____________________________________________</w:t>
      </w:r>
    </w:p>
    <w:p w14:paraId="23898EC5" w14:textId="77777777" w:rsidR="00263A00" w:rsidRDefault="00263A00" w:rsidP="00263A00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Контактный телефон____________________________________________</w:t>
      </w:r>
    </w:p>
    <w:p w14:paraId="6F36DE53" w14:textId="77777777" w:rsidR="00263A00" w:rsidRPr="00263A00" w:rsidRDefault="00263A00" w:rsidP="00263A00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2F099D5B" w14:textId="0CF936BD" w:rsidR="00263A00" w:rsidRPr="00263A00" w:rsidRDefault="00263A00" w:rsidP="00263A00">
      <w:pPr>
        <w:pStyle w:val="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Укажите Ваше образование, квалификацию и профильную специализацию.</w:t>
      </w:r>
    </w:p>
    <w:p w14:paraId="1EE687EC" w14:textId="77777777" w:rsidR="00263A00" w:rsidRPr="00263A00" w:rsidRDefault="00263A00" w:rsidP="00263A00">
      <w:pPr>
        <w:pStyle w:val="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Имеются ли у Вас рекомендации с предыдущих мест работы?</w:t>
      </w:r>
    </w:p>
    <w:p w14:paraId="0CDE7C44" w14:textId="4B0AE4C5" w:rsidR="005C1894" w:rsidRPr="00263A00" w:rsidRDefault="00263A00" w:rsidP="00263A00">
      <w:pPr>
        <w:pStyle w:val="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</w:t>
      </w:r>
      <w:r w:rsidR="00EC2BB5" w:rsidRPr="00263A00">
        <w:rPr>
          <w:rFonts w:ascii="Times New Roman" w:hAnsi="Times New Roman" w:cs="Times New Roman"/>
          <w:sz w:val="28"/>
          <w:szCs w:val="28"/>
          <w:lang w:val="ru-RU"/>
        </w:rPr>
        <w:t xml:space="preserve">пишите Ваш опыт работы в производственных или технологических </w:t>
      </w:r>
      <w:r w:rsidR="00EC2BB5" w:rsidRPr="00263A00">
        <w:rPr>
          <w:rFonts w:ascii="Times New Roman" w:hAnsi="Times New Roman" w:cs="Times New Roman"/>
          <w:sz w:val="28"/>
          <w:szCs w:val="28"/>
          <w:lang w:val="ru-RU"/>
        </w:rPr>
        <w:t>лабораториях.</w:t>
      </w:r>
    </w:p>
    <w:p w14:paraId="4E51F366" w14:textId="66D965F0" w:rsidR="005C1894" w:rsidRPr="00263A00" w:rsidRDefault="00EC2BB5" w:rsidP="00263A00">
      <w:pPr>
        <w:pStyle w:val="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С какими нормативными документами (ГОСТ, ТУ, СТО, техрегламенты) Вы работали?</w:t>
      </w:r>
    </w:p>
    <w:p w14:paraId="38F380D3" w14:textId="55863814" w:rsidR="005C1894" w:rsidRPr="00263A00" w:rsidRDefault="00EC2BB5" w:rsidP="00263A00">
      <w:pPr>
        <w:pStyle w:val="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Знакомы ли Вы с требованиями к СМ</w:t>
      </w:r>
      <w:r w:rsidRPr="00263A00">
        <w:rPr>
          <w:rFonts w:ascii="Times New Roman" w:hAnsi="Times New Roman" w:cs="Times New Roman"/>
          <w:sz w:val="28"/>
          <w:szCs w:val="28"/>
          <w:lang w:val="ru-RU"/>
        </w:rPr>
        <w:t xml:space="preserve"> в производственной лаборатории, включая ГОСТ </w:t>
      </w:r>
      <w:r w:rsidRPr="00263A00">
        <w:rPr>
          <w:rFonts w:ascii="Times New Roman" w:hAnsi="Times New Roman" w:cs="Times New Roman"/>
          <w:sz w:val="28"/>
          <w:szCs w:val="28"/>
        </w:rPr>
        <w:t>ISO</w:t>
      </w:r>
      <w:r w:rsidRPr="00263A00">
        <w:rPr>
          <w:rFonts w:ascii="Times New Roman" w:hAnsi="Times New Roman" w:cs="Times New Roman"/>
          <w:sz w:val="28"/>
          <w:szCs w:val="28"/>
          <w:lang w:val="ru-RU"/>
        </w:rPr>
        <w:t>/</w:t>
      </w:r>
      <w:r w:rsidRPr="00263A00">
        <w:rPr>
          <w:rFonts w:ascii="Times New Roman" w:hAnsi="Times New Roman" w:cs="Times New Roman"/>
          <w:sz w:val="28"/>
          <w:szCs w:val="28"/>
        </w:rPr>
        <w:t>IEC</w:t>
      </w:r>
      <w:r w:rsidRPr="00263A00">
        <w:rPr>
          <w:rFonts w:ascii="Times New Roman" w:hAnsi="Times New Roman" w:cs="Times New Roman"/>
          <w:sz w:val="28"/>
          <w:szCs w:val="28"/>
          <w:lang w:val="ru-RU"/>
        </w:rPr>
        <w:t xml:space="preserve"> 17025-2019?</w:t>
      </w:r>
    </w:p>
    <w:p w14:paraId="70A1E049" w14:textId="3532B2CF" w:rsidR="005C1894" w:rsidRPr="00263A00" w:rsidRDefault="00EC2BB5" w:rsidP="00263A00">
      <w:pPr>
        <w:pStyle w:val="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 xml:space="preserve">Какие курсы повышения квалификации по методам контроля </w:t>
      </w:r>
      <w:r w:rsidRPr="00263A00">
        <w:rPr>
          <w:rFonts w:ascii="Times New Roman" w:hAnsi="Times New Roman" w:cs="Times New Roman"/>
          <w:sz w:val="28"/>
          <w:szCs w:val="28"/>
          <w:lang w:val="ru-RU"/>
        </w:rPr>
        <w:t>качества или анализу продукции Вы проходили?</w:t>
      </w:r>
    </w:p>
    <w:p w14:paraId="0D265539" w14:textId="6770B67D" w:rsidR="005C1894" w:rsidRPr="00263A00" w:rsidRDefault="00EC2BB5" w:rsidP="00263A00">
      <w:pPr>
        <w:pStyle w:val="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Есть ли у Вас опыт взаимодействия с отделом ОТК, производственными подразделениями, поставщиками сырья?</w:t>
      </w:r>
    </w:p>
    <w:p w14:paraId="220D3471" w14:textId="44785DEA" w:rsidR="005C1894" w:rsidRPr="00263A00" w:rsidRDefault="00EC2BB5" w:rsidP="00263A00">
      <w:pPr>
        <w:pStyle w:val="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Знакомы ли Вы с требованиями по ведению лабораторной документации и прослеживаемости результатов?</w:t>
      </w:r>
    </w:p>
    <w:p w14:paraId="6FA18D44" w14:textId="112B6FA9" w:rsidR="005C1894" w:rsidRPr="00263A00" w:rsidRDefault="00EC2BB5" w:rsidP="00263A00">
      <w:pPr>
        <w:pStyle w:val="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С какими видами продукции или сырья Вы работали? Уточните отрасль (пищевая, металлургия, химия и др.).</w:t>
      </w:r>
    </w:p>
    <w:p w14:paraId="23B56F14" w14:textId="3F43C240" w:rsidR="005C1894" w:rsidRPr="00263A00" w:rsidRDefault="00EC2BB5" w:rsidP="00263A00">
      <w:pPr>
        <w:pStyle w:val="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Какие методы физико-химического анализа Вы использовали (</w:t>
      </w:r>
      <w:proofErr w:type="spellStart"/>
      <w:r w:rsidRPr="00263A00">
        <w:rPr>
          <w:rFonts w:ascii="Times New Roman" w:hAnsi="Times New Roman" w:cs="Times New Roman"/>
          <w:sz w:val="28"/>
          <w:szCs w:val="28"/>
          <w:lang w:val="ru-RU"/>
        </w:rPr>
        <w:t>титриметрия</w:t>
      </w:r>
      <w:proofErr w:type="spellEnd"/>
      <w:r w:rsidRPr="00263A0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263A00">
        <w:rPr>
          <w:rFonts w:ascii="Times New Roman" w:hAnsi="Times New Roman" w:cs="Times New Roman"/>
          <w:sz w:val="28"/>
          <w:szCs w:val="28"/>
          <w:lang w:val="ru-RU"/>
        </w:rPr>
        <w:t>спектрофотометрия</w:t>
      </w:r>
      <w:proofErr w:type="spellEnd"/>
      <w:r w:rsidRPr="00263A00">
        <w:rPr>
          <w:rFonts w:ascii="Times New Roman" w:hAnsi="Times New Roman" w:cs="Times New Roman"/>
          <w:sz w:val="28"/>
          <w:szCs w:val="28"/>
          <w:lang w:val="ru-RU"/>
        </w:rPr>
        <w:t>, ИК, рН-метрия)?</w:t>
      </w:r>
    </w:p>
    <w:p w14:paraId="02731209" w14:textId="1898AD31" w:rsidR="005C1894" w:rsidRPr="00263A00" w:rsidRDefault="00EC2BB5" w:rsidP="00263A00">
      <w:pPr>
        <w:pStyle w:val="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Есть ли у Вас опыт проведения входного контроля сырья и исходных компонентов? Какие параметры проверяли?</w:t>
      </w:r>
    </w:p>
    <w:p w14:paraId="1387867D" w14:textId="5F951FD3" w:rsidR="005C1894" w:rsidRPr="00263A00" w:rsidRDefault="00EC2BB5" w:rsidP="00263A00">
      <w:pPr>
        <w:pStyle w:val="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Опишите процедуру регистрации и маркировки проб, поступающих в лабораторию с производства.</w:t>
      </w:r>
    </w:p>
    <w:p w14:paraId="513F2B20" w14:textId="2A1948C7" w:rsidR="005C1894" w:rsidRPr="00263A00" w:rsidRDefault="00EC2BB5" w:rsidP="00263A00">
      <w:pPr>
        <w:pStyle w:val="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Как Вы обеспечивали идентификацию</w:t>
      </w:r>
      <w:r w:rsidRPr="00263A00">
        <w:rPr>
          <w:rFonts w:ascii="Times New Roman" w:hAnsi="Times New Roman" w:cs="Times New Roman"/>
          <w:sz w:val="28"/>
          <w:szCs w:val="28"/>
          <w:lang w:val="ru-RU"/>
        </w:rPr>
        <w:t>, хранение и подготовку проб до анализа?</w:t>
      </w:r>
    </w:p>
    <w:p w14:paraId="7F664090" w14:textId="4758D05D" w:rsidR="005C1894" w:rsidRPr="00263A00" w:rsidRDefault="00EC2BB5" w:rsidP="00263A00">
      <w:pPr>
        <w:pStyle w:val="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Какие документы оформляются по итогам испытаний? Кто их утверждает?</w:t>
      </w:r>
    </w:p>
    <w:p w14:paraId="10C7E1A1" w14:textId="739DBC6D" w:rsidR="005C1894" w:rsidRPr="00263A00" w:rsidRDefault="00EC2BB5" w:rsidP="00263A00">
      <w:pPr>
        <w:pStyle w:val="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 xml:space="preserve">Есть ли опыт работы с лабораторными журналами, электронными системами учёта, </w:t>
      </w:r>
      <w:r w:rsidRPr="00263A00">
        <w:rPr>
          <w:rFonts w:ascii="Times New Roman" w:hAnsi="Times New Roman" w:cs="Times New Roman"/>
          <w:sz w:val="28"/>
          <w:szCs w:val="28"/>
        </w:rPr>
        <w:t>LIMS</w:t>
      </w:r>
      <w:r w:rsidRPr="00263A00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5F27A724" w14:textId="0192D777" w:rsidR="005C1894" w:rsidRPr="00263A00" w:rsidRDefault="00EC2BB5" w:rsidP="00263A00">
      <w:pPr>
        <w:pStyle w:val="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Какие виды внутрилабораторного контроля Вы проводили (в</w:t>
      </w:r>
      <w:r w:rsidRPr="00263A00">
        <w:rPr>
          <w:rFonts w:ascii="Times New Roman" w:hAnsi="Times New Roman" w:cs="Times New Roman"/>
          <w:sz w:val="28"/>
          <w:szCs w:val="28"/>
          <w:lang w:val="ru-RU"/>
        </w:rPr>
        <w:t>оспроизводимость, стабильность результатов)?</w:t>
      </w:r>
    </w:p>
    <w:p w14:paraId="0F43FF20" w14:textId="5BC383AF" w:rsidR="005C1894" w:rsidRPr="00263A00" w:rsidRDefault="00EC2BB5" w:rsidP="00263A00">
      <w:pPr>
        <w:pStyle w:val="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Как происходит передача результатов испытаний в производство или отдел качества?</w:t>
      </w:r>
    </w:p>
    <w:p w14:paraId="5171693D" w14:textId="2B7C5FB6" w:rsidR="00263A00" w:rsidRPr="00263A00" w:rsidRDefault="00EC2BB5" w:rsidP="00263A00">
      <w:pPr>
        <w:pStyle w:val="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263A00">
        <w:rPr>
          <w:rFonts w:ascii="Times New Roman" w:hAnsi="Times New Roman" w:cs="Times New Roman"/>
          <w:sz w:val="28"/>
          <w:szCs w:val="28"/>
          <w:lang w:val="ru-RU"/>
        </w:rPr>
        <w:t>С какими измерительными приборами и лабораторным оборудованием Вы работали?</w:t>
      </w:r>
    </w:p>
    <w:p w14:paraId="1444AFBD" w14:textId="751CFBF9" w:rsidR="00263A00" w:rsidRDefault="00263A00" w:rsidP="00263A00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Во время входного контроля поступившего сырья (например, химического компонента) Вы зафиксировали превышение допустимой нормы по влажности.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Ваши действия?</w:t>
      </w:r>
    </w:p>
    <w:p w14:paraId="73FB66EE" w14:textId="29AD60FD" w:rsidR="00263A00" w:rsidRDefault="00263A00" w:rsidP="00263A00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lastRenderedPageBreak/>
        <w:t>Начальник смены приносит пробу продукта и требует срочного анализа вне очереди, без оформления стандартного направления.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Ваши действия?</w:t>
      </w:r>
    </w:p>
    <w:p w14:paraId="7B6E92E3" w14:textId="6A6C00CA" w:rsidR="00263A00" w:rsidRDefault="00263A00" w:rsidP="00263A00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Вы подозреваете, что проба, поступившая с производственной линии, была отобрана с нарушением (не соблюдён температурный режим, взята не из потока).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Ваши действия?</w:t>
      </w:r>
    </w:p>
    <w:p w14:paraId="4C672B36" w14:textId="6AE2F3AD" w:rsidR="00263A00" w:rsidRDefault="00263A00" w:rsidP="00263A00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 xml:space="preserve">Вы заметили, что один из стандартных образцов (например, раствор </w:t>
      </w:r>
      <w:proofErr w:type="spellStart"/>
      <w:r w:rsidRPr="00263A00">
        <w:rPr>
          <w:rFonts w:ascii="Times New Roman" w:hAnsi="Times New Roman" w:cs="Times New Roman"/>
          <w:sz w:val="28"/>
          <w:szCs w:val="28"/>
          <w:lang w:val="ru-RU"/>
        </w:rPr>
        <w:t>титранта</w:t>
      </w:r>
      <w:proofErr w:type="spellEnd"/>
      <w:r w:rsidRPr="00263A00">
        <w:rPr>
          <w:rFonts w:ascii="Times New Roman" w:hAnsi="Times New Roman" w:cs="Times New Roman"/>
          <w:sz w:val="28"/>
          <w:szCs w:val="28"/>
          <w:lang w:val="ru-RU"/>
        </w:rPr>
        <w:t>) хранился при температуре выше допустимой, и срок его годности истекает через два дня.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Ваши действия?</w:t>
      </w:r>
    </w:p>
    <w:p w14:paraId="1FAB14BB" w14:textId="676C8A11" w:rsidR="00263A00" w:rsidRDefault="00263A00" w:rsidP="00263A00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Результаты анализа были устно переданы мастеру смены, но он позже заявляет, что ничего не получал, и были допущены производственные ошибки.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Ваши действия?</w:t>
      </w:r>
    </w:p>
    <w:p w14:paraId="49F98AA3" w14:textId="05BF95CB" w:rsidR="00263A00" w:rsidRDefault="00263A00" w:rsidP="00263A00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Какие инструкции по охране труда и технике безопасности должны быть освоены сотрудником производственной лаборатории до допуска к самостоятельной работе?</w:t>
      </w:r>
    </w:p>
    <w:p w14:paraId="21E231EA" w14:textId="63187A03" w:rsidR="00263A00" w:rsidRDefault="00263A00" w:rsidP="00263A00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Опишите Ваши действия при возникновении нештатной ситуации, связанной с выбросом вредных паров или проливом химически опасного вещества на рабочем месте.</w:t>
      </w:r>
    </w:p>
    <w:p w14:paraId="3D0DAEE4" w14:textId="5FBEB4BC" w:rsidR="00263A00" w:rsidRDefault="00263A00" w:rsidP="00263A00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Какие меры нужно предпринять при возгорании в лабораторном шкафу с химреактивами?</w:t>
      </w:r>
    </w:p>
    <w:p w14:paraId="322889C2" w14:textId="08E49D40" w:rsidR="00263A00" w:rsidRDefault="00263A00" w:rsidP="00263A00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Какие правила оказания первой помощи Вы знаете в случае химического ожога или отравления парами веществ?</w:t>
      </w:r>
    </w:p>
    <w:p w14:paraId="45714DE2" w14:textId="485130C8" w:rsidR="00263A00" w:rsidRDefault="00263A00" w:rsidP="00263A00">
      <w:pPr>
        <w:pStyle w:val="a"/>
        <w:rPr>
          <w:rFonts w:ascii="Times New Roman" w:hAnsi="Times New Roman" w:cs="Times New Roman"/>
          <w:sz w:val="28"/>
          <w:szCs w:val="28"/>
          <w:lang w:val="ru-RU"/>
        </w:rPr>
      </w:pPr>
      <w:r w:rsidRPr="00263A00">
        <w:rPr>
          <w:rFonts w:ascii="Times New Roman" w:hAnsi="Times New Roman" w:cs="Times New Roman"/>
          <w:sz w:val="28"/>
          <w:szCs w:val="28"/>
          <w:lang w:val="ru-RU"/>
        </w:rPr>
        <w:t>Какие действия предпринимаются в лаборатории при объявлении ЧС (например, технологическая авария, утечка газа, пожар)?</w:t>
      </w:r>
    </w:p>
    <w:p w14:paraId="17DF9127" w14:textId="77777777" w:rsidR="00263A00" w:rsidRPr="00B45761" w:rsidRDefault="00263A00" w:rsidP="00263A00">
      <w:pPr>
        <w:pStyle w:val="a"/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proofErr w:type="spellStart"/>
      <w:r w:rsidRPr="00B45761">
        <w:rPr>
          <w:rFonts w:ascii="Times New Roman" w:hAnsi="Times New Roman" w:cs="Times New Roman"/>
          <w:sz w:val="28"/>
          <w:szCs w:val="28"/>
          <w:lang w:val="ru-RU" w:eastAsia="ru-RU"/>
        </w:rPr>
        <w:t>Росаккредитация</w:t>
      </w:r>
      <w:proofErr w:type="spellEnd"/>
      <w:r w:rsidRPr="00B45761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проводит аудит. Вас просят объяснить, как </w:t>
      </w:r>
      <w:r>
        <w:rPr>
          <w:rFonts w:ascii="Times New Roman" w:hAnsi="Times New Roman" w:cs="Times New Roman"/>
          <w:sz w:val="28"/>
          <w:szCs w:val="28"/>
          <w:lang w:val="ru-RU" w:eastAsia="ru-RU"/>
        </w:rPr>
        <w:t>В</w:t>
      </w:r>
      <w:r w:rsidRPr="00B45761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аша лаборатория обеспечивает прослеживаемость измерений. Как </w:t>
      </w:r>
      <w:r>
        <w:rPr>
          <w:rFonts w:ascii="Times New Roman" w:hAnsi="Times New Roman" w:cs="Times New Roman"/>
          <w:sz w:val="28"/>
          <w:szCs w:val="28"/>
          <w:lang w:val="ru-RU" w:eastAsia="ru-RU"/>
        </w:rPr>
        <w:t>В</w:t>
      </w:r>
      <w:r w:rsidRPr="00B45761">
        <w:rPr>
          <w:rFonts w:ascii="Times New Roman" w:hAnsi="Times New Roman" w:cs="Times New Roman"/>
          <w:sz w:val="28"/>
          <w:szCs w:val="28"/>
          <w:lang w:val="ru-RU" w:eastAsia="ru-RU"/>
        </w:rPr>
        <w:t>ы ответите, на что сделаете акцент?</w:t>
      </w:r>
    </w:p>
    <w:p w14:paraId="6DC954A0" w14:textId="16D41818" w:rsidR="00263A00" w:rsidRDefault="00263A00" w:rsidP="00263A00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</w:p>
    <w:p w14:paraId="461C3D1C" w14:textId="77777777" w:rsidR="00263A00" w:rsidRDefault="00263A00" w:rsidP="00263A00">
      <w:pPr>
        <w:pStyle w:val="a"/>
        <w:numPr>
          <w:ilvl w:val="0"/>
          <w:numId w:val="0"/>
        </w:numPr>
        <w:ind w:left="36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A3788">
        <w:rPr>
          <w:rFonts w:ascii="Times New Roman" w:hAnsi="Times New Roman" w:cs="Times New Roman"/>
          <w:sz w:val="28"/>
          <w:szCs w:val="28"/>
          <w:lang w:val="ru-RU"/>
        </w:rPr>
        <w:t>Заключение (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каждый </w:t>
      </w:r>
      <w:r w:rsidRPr="009A3788">
        <w:rPr>
          <w:rFonts w:ascii="Times New Roman" w:hAnsi="Times New Roman" w:cs="Times New Roman"/>
          <w:sz w:val="28"/>
          <w:szCs w:val="28"/>
          <w:lang w:val="ru-RU"/>
        </w:rPr>
        <w:t>описывает свое мнение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на отдельных бланках</w:t>
      </w:r>
      <w:r w:rsidRPr="009A3788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14:paraId="44614472" w14:textId="77777777" w:rsidR="00263A00" w:rsidRPr="009A3788" w:rsidRDefault="00263A00" w:rsidP="00263A00">
      <w:pPr>
        <w:pStyle w:val="a"/>
        <w:numPr>
          <w:ilvl w:val="0"/>
          <w:numId w:val="0"/>
        </w:numPr>
        <w:ind w:left="360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628BAB1E" w14:textId="77777777" w:rsidR="00263A00" w:rsidRPr="009A3788" w:rsidRDefault="00263A00" w:rsidP="00263A00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A3788">
        <w:rPr>
          <w:rFonts w:ascii="Times New Roman" w:hAnsi="Times New Roman" w:cs="Times New Roman"/>
          <w:sz w:val="28"/>
          <w:szCs w:val="28"/>
          <w:lang w:val="ru-RU"/>
        </w:rPr>
        <w:t>Менеджер по качеству:</w:t>
      </w:r>
    </w:p>
    <w:p w14:paraId="233098B5" w14:textId="77777777" w:rsidR="00263A00" w:rsidRPr="009A3788" w:rsidRDefault="00263A00" w:rsidP="00263A00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A3788">
        <w:rPr>
          <w:rFonts w:ascii="Times New Roman" w:hAnsi="Times New Roman" w:cs="Times New Roman"/>
          <w:sz w:val="28"/>
          <w:szCs w:val="28"/>
          <w:lang w:val="ru-RU"/>
        </w:rPr>
        <w:t>Руководитель лаборатории:</w:t>
      </w:r>
    </w:p>
    <w:p w14:paraId="1A5F266E" w14:textId="77777777" w:rsidR="00263A00" w:rsidRPr="009A3788" w:rsidRDefault="00263A00" w:rsidP="00263A00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A3788">
        <w:rPr>
          <w:rFonts w:ascii="Times New Roman" w:hAnsi="Times New Roman" w:cs="Times New Roman"/>
          <w:sz w:val="28"/>
          <w:szCs w:val="28"/>
          <w:lang w:val="ru-RU"/>
        </w:rPr>
        <w:t>Руководитель подразделения:</w:t>
      </w:r>
    </w:p>
    <w:p w14:paraId="4F521929" w14:textId="77777777" w:rsidR="00263A00" w:rsidRPr="009A3788" w:rsidRDefault="00263A00" w:rsidP="00263A00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A3788">
        <w:rPr>
          <w:rFonts w:ascii="Times New Roman" w:hAnsi="Times New Roman" w:cs="Times New Roman"/>
          <w:sz w:val="28"/>
          <w:szCs w:val="28"/>
          <w:lang w:val="ru-RU"/>
        </w:rPr>
        <w:t>Руководитель отдела:</w:t>
      </w:r>
    </w:p>
    <w:p w14:paraId="1B9C1383" w14:textId="77777777" w:rsidR="00263A00" w:rsidRPr="009A3788" w:rsidRDefault="00263A00" w:rsidP="00263A00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A3788">
        <w:rPr>
          <w:rFonts w:ascii="Times New Roman" w:hAnsi="Times New Roman" w:cs="Times New Roman"/>
          <w:sz w:val="28"/>
          <w:szCs w:val="28"/>
          <w:lang w:val="ru-RU"/>
        </w:rPr>
        <w:t>И так далее</w:t>
      </w:r>
    </w:p>
    <w:p w14:paraId="61AD0817" w14:textId="77777777" w:rsidR="00263A00" w:rsidRPr="00263A00" w:rsidRDefault="00263A00" w:rsidP="00263A00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</w:p>
    <w:sectPr w:rsidR="00263A00" w:rsidRPr="00263A00" w:rsidSect="00263A00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B6B13B" w14:textId="77777777" w:rsidR="00EC2BB5" w:rsidRDefault="00EC2BB5" w:rsidP="00263A00">
      <w:pPr>
        <w:spacing w:after="0" w:line="240" w:lineRule="auto"/>
      </w:pPr>
      <w:r>
        <w:separator/>
      </w:r>
    </w:p>
  </w:endnote>
  <w:endnote w:type="continuationSeparator" w:id="0">
    <w:p w14:paraId="5A12B203" w14:textId="77777777" w:rsidR="00EC2BB5" w:rsidRDefault="00EC2BB5" w:rsidP="00263A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FB044E" w14:textId="6C230973" w:rsidR="00263A00" w:rsidRPr="00263A00" w:rsidRDefault="00263A00" w:rsidP="00263A00">
    <w:pPr>
      <w:pStyle w:val="a7"/>
      <w:jc w:val="right"/>
      <w:rPr>
        <w:rFonts w:ascii="Times New Roman" w:hAnsi="Times New Roman" w:cs="Times New Roman"/>
        <w:sz w:val="20"/>
        <w:szCs w:val="20"/>
      </w:rPr>
    </w:pPr>
    <w:r w:rsidRPr="00263A00">
      <w:rPr>
        <w:rFonts w:ascii="Times New Roman" w:hAnsi="Times New Roman" w:cs="Times New Roman"/>
        <w:sz w:val="20"/>
        <w:szCs w:val="20"/>
        <w:lang w:val="ru-RU"/>
      </w:rPr>
      <w:t>ФИО кандидата</w:t>
    </w:r>
    <w:r w:rsidRPr="00263A00">
      <w:rPr>
        <w:rFonts w:ascii="Times New Roman" w:hAnsi="Times New Roman" w:cs="Times New Roman"/>
        <w:sz w:val="20"/>
        <w:szCs w:val="20"/>
        <w:lang w:val="ru-RU"/>
      </w:rPr>
      <w:tab/>
    </w:r>
    <w:r w:rsidRPr="00263A00">
      <w:rPr>
        <w:rFonts w:ascii="Times New Roman" w:hAnsi="Times New Roman" w:cs="Times New Roman"/>
        <w:sz w:val="20"/>
        <w:szCs w:val="20"/>
        <w:lang w:val="ru-RU"/>
      </w:rPr>
      <w:tab/>
    </w:r>
    <w:r>
      <w:rPr>
        <w:rFonts w:ascii="Times New Roman" w:hAnsi="Times New Roman" w:cs="Times New Roman"/>
        <w:sz w:val="20"/>
        <w:szCs w:val="20"/>
        <w:lang w:val="ru-RU"/>
      </w:rPr>
      <w:t xml:space="preserve">                        </w:t>
    </w:r>
    <w:r w:rsidRPr="00263A00">
      <w:rPr>
        <w:rFonts w:ascii="Times New Roman" w:hAnsi="Times New Roman" w:cs="Times New Roman"/>
        <w:sz w:val="20"/>
        <w:szCs w:val="20"/>
        <w:lang w:val="ru-RU"/>
      </w:rPr>
      <w:t xml:space="preserve">Лист </w:t>
    </w:r>
    <w:sdt>
      <w:sdtPr>
        <w:rPr>
          <w:rFonts w:ascii="Times New Roman" w:hAnsi="Times New Roman" w:cs="Times New Roman"/>
          <w:sz w:val="20"/>
          <w:szCs w:val="20"/>
        </w:rPr>
        <w:id w:val="47958393"/>
        <w:docPartObj>
          <w:docPartGallery w:val="Page Numbers (Bottom of Page)"/>
          <w:docPartUnique/>
        </w:docPartObj>
      </w:sdtPr>
      <w:sdtContent>
        <w:r w:rsidRPr="00263A00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263A00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263A00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263A00">
          <w:rPr>
            <w:rFonts w:ascii="Times New Roman" w:hAnsi="Times New Roman" w:cs="Times New Roman"/>
            <w:sz w:val="20"/>
            <w:szCs w:val="20"/>
            <w:lang w:val="ru-RU"/>
          </w:rPr>
          <w:t>2</w:t>
        </w:r>
        <w:r w:rsidRPr="00263A00">
          <w:rPr>
            <w:rFonts w:ascii="Times New Roman" w:hAnsi="Times New Roman" w:cs="Times New Roman"/>
            <w:sz w:val="20"/>
            <w:szCs w:val="20"/>
          </w:rPr>
          <w:fldChar w:fldCharType="end"/>
        </w:r>
        <w:r w:rsidRPr="00263A00">
          <w:rPr>
            <w:rFonts w:ascii="Times New Roman" w:hAnsi="Times New Roman" w:cs="Times New Roman"/>
            <w:sz w:val="20"/>
            <w:szCs w:val="20"/>
            <w:lang w:val="ru-RU"/>
          </w:rPr>
          <w:t xml:space="preserve"> из ХХХ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B527CF" w14:textId="77777777" w:rsidR="00EC2BB5" w:rsidRDefault="00EC2BB5" w:rsidP="00263A00">
      <w:pPr>
        <w:spacing w:after="0" w:line="240" w:lineRule="auto"/>
      </w:pPr>
      <w:r>
        <w:separator/>
      </w:r>
    </w:p>
  </w:footnote>
  <w:footnote w:type="continuationSeparator" w:id="0">
    <w:p w14:paraId="67C27510" w14:textId="77777777" w:rsidR="00EC2BB5" w:rsidRDefault="00EC2BB5" w:rsidP="00263A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63A00"/>
    <w:rsid w:val="0029639D"/>
    <w:rsid w:val="00326F90"/>
    <w:rsid w:val="005C1894"/>
    <w:rsid w:val="00AA1D8D"/>
    <w:rsid w:val="00B47730"/>
    <w:rsid w:val="00CB0664"/>
    <w:rsid w:val="00EC2BB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4E0E93"/>
  <w14:defaultImageDpi w14:val="300"/>
  <w15:docId w15:val="{C62488CB-F654-4FE4-9A0B-D2FBFCF3B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522</Words>
  <Characters>2978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465</cp:lastModifiedBy>
  <cp:revision>2</cp:revision>
  <dcterms:created xsi:type="dcterms:W3CDTF">2025-04-12T13:24:00Z</dcterms:created>
  <dcterms:modified xsi:type="dcterms:W3CDTF">2025-04-12T13:24:00Z</dcterms:modified>
  <cp:category/>
</cp:coreProperties>
</file>